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BB6E4" w14:textId="4993BFA9" w:rsidR="000C3A91" w:rsidRPr="00D64018" w:rsidRDefault="00BF0984" w:rsidP="00D64018">
      <w:pPr>
        <w:spacing w:before="1100"/>
        <w:jc w:val="center"/>
        <w:rPr>
          <w:b/>
          <w:sz w:val="32"/>
          <w:szCs w:val="32"/>
        </w:rPr>
      </w:pPr>
      <w:r>
        <w:rPr>
          <w:b/>
          <w:sz w:val="32"/>
          <w:szCs w:val="32"/>
        </w:rPr>
        <w:t xml:space="preserve"> </w:t>
      </w:r>
      <w:r w:rsidR="00D64018">
        <w:rPr>
          <w:b/>
          <w:noProof/>
          <w:sz w:val="32"/>
          <w:szCs w:val="32"/>
        </w:rPr>
        <w:drawing>
          <wp:inline distT="0" distB="0" distL="0" distR="0" wp14:anchorId="10AE6100" wp14:editId="386CBA14">
            <wp:extent cx="3133725" cy="3133725"/>
            <wp:effectExtent l="0" t="0" r="9525" b="9525"/>
            <wp:docPr id="2073245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245601" name="Picture 2073245601"/>
                    <pic:cNvPicPr/>
                  </pic:nvPicPr>
                  <pic:blipFill>
                    <a:blip r:embed="rId8"/>
                    <a:stretch>
                      <a:fillRect/>
                    </a:stretch>
                  </pic:blipFill>
                  <pic:spPr>
                    <a:xfrm>
                      <a:off x="0" y="0"/>
                      <a:ext cx="3133725" cy="3133725"/>
                    </a:xfrm>
                    <a:prstGeom prst="rect">
                      <a:avLst/>
                    </a:prstGeom>
                  </pic:spPr>
                </pic:pic>
              </a:graphicData>
            </a:graphic>
          </wp:inline>
        </w:drawing>
      </w:r>
      <w:r w:rsidR="00D64018" w:rsidRPr="00D64018">
        <w:rPr>
          <w:b/>
          <w:sz w:val="32"/>
          <w:szCs w:val="32"/>
        </w:rPr>
        <w:t>NOVEMBER 2026 DEVOTIONAL</w:t>
      </w:r>
    </w:p>
    <w:p w14:paraId="3EF42FEE" w14:textId="77777777" w:rsidR="000C3A91" w:rsidRPr="00D64018" w:rsidRDefault="00000000">
      <w:pPr>
        <w:jc w:val="center"/>
        <w:rPr>
          <w:sz w:val="32"/>
          <w:szCs w:val="32"/>
        </w:rPr>
      </w:pPr>
      <w:r w:rsidRPr="00D64018">
        <w:rPr>
          <w:b/>
          <w:sz w:val="32"/>
          <w:szCs w:val="32"/>
        </w:rPr>
        <w:t>WALKING IN COURAGE</w:t>
      </w:r>
    </w:p>
    <w:p w14:paraId="38DF94E7" w14:textId="77777777" w:rsidR="000C3A91" w:rsidRDefault="00000000" w:rsidP="00D64018">
      <w:pPr>
        <w:spacing w:line="240" w:lineRule="auto"/>
        <w:contextualSpacing/>
        <w:jc w:val="center"/>
      </w:pPr>
      <w:r>
        <w:rPr>
          <w:i/>
          <w:sz w:val="30"/>
        </w:rPr>
        <w:t>30 Days of Faithful Living and Bold Trust</w:t>
      </w:r>
    </w:p>
    <w:p w14:paraId="74603AC8" w14:textId="77777777" w:rsidR="000C3A91" w:rsidRDefault="000C3A91" w:rsidP="00D64018">
      <w:pPr>
        <w:pBdr>
          <w:bottom w:val="single" w:sz="8" w:space="1" w:color="B28A45"/>
        </w:pBdr>
        <w:spacing w:before="40" w:after="100" w:line="240" w:lineRule="auto"/>
        <w:contextualSpacing/>
      </w:pPr>
    </w:p>
    <w:p w14:paraId="2ABBF4D5" w14:textId="77777777" w:rsidR="000C3A91" w:rsidRDefault="00000000" w:rsidP="00D64018">
      <w:pPr>
        <w:spacing w:line="240" w:lineRule="auto"/>
        <w:contextualSpacing/>
        <w:jc w:val="center"/>
      </w:pPr>
      <w:r>
        <w:rPr>
          <w:b/>
          <w:sz w:val="26"/>
        </w:rPr>
        <w:t>The Historic St. James Missionary Baptist Church</w:t>
      </w:r>
    </w:p>
    <w:p w14:paraId="07AC51B2" w14:textId="77777777" w:rsidR="000C3A91" w:rsidRDefault="00000000" w:rsidP="00D64018">
      <w:pPr>
        <w:spacing w:line="240" w:lineRule="auto"/>
        <w:contextualSpacing/>
        <w:jc w:val="center"/>
      </w:pPr>
      <w:r>
        <w:rPr>
          <w:sz w:val="26"/>
        </w:rPr>
        <w:t>The Year of Better: Rooted &amp; Rising!</w:t>
      </w:r>
    </w:p>
    <w:p w14:paraId="78C6C39F" w14:textId="77777777" w:rsidR="000C3A91" w:rsidRDefault="00000000" w:rsidP="00D64018">
      <w:pPr>
        <w:spacing w:line="240" w:lineRule="auto"/>
        <w:contextualSpacing/>
        <w:jc w:val="center"/>
        <w:rPr>
          <w:sz w:val="26"/>
        </w:rPr>
      </w:pPr>
      <w:r>
        <w:rPr>
          <w:sz w:val="26"/>
        </w:rPr>
        <w:t>Love • Grow • Transform • Live</w:t>
      </w:r>
    </w:p>
    <w:p w14:paraId="32A2AEA1" w14:textId="77777777" w:rsidR="00D64018" w:rsidRDefault="00D64018" w:rsidP="00D64018">
      <w:pPr>
        <w:spacing w:line="240" w:lineRule="auto"/>
        <w:contextualSpacing/>
        <w:jc w:val="center"/>
        <w:rPr>
          <w:sz w:val="26"/>
        </w:rPr>
      </w:pPr>
    </w:p>
    <w:p w14:paraId="2181A773" w14:textId="77777777" w:rsidR="00D64018" w:rsidRDefault="00D64018" w:rsidP="00D64018">
      <w:pPr>
        <w:spacing w:line="240" w:lineRule="auto"/>
        <w:contextualSpacing/>
        <w:jc w:val="center"/>
        <w:rPr>
          <w:sz w:val="26"/>
        </w:rPr>
      </w:pPr>
    </w:p>
    <w:p w14:paraId="0A58D551" w14:textId="77777777" w:rsidR="00D64018" w:rsidRDefault="00D64018" w:rsidP="00D64018">
      <w:pPr>
        <w:spacing w:line="240" w:lineRule="auto"/>
        <w:contextualSpacing/>
        <w:jc w:val="center"/>
      </w:pPr>
    </w:p>
    <w:p w14:paraId="7C4CAA19" w14:textId="201AFA9E" w:rsidR="000C3A91" w:rsidRPr="00D64018" w:rsidRDefault="00000000" w:rsidP="00D64018">
      <w:pPr>
        <w:rPr>
          <w:b/>
          <w:bCs/>
        </w:rPr>
      </w:pPr>
      <w:r w:rsidRPr="00D64018">
        <w:rPr>
          <w:b/>
          <w:bCs/>
        </w:rPr>
        <w:t>ST. JAMES FAMILY,</w:t>
      </w:r>
    </w:p>
    <w:p w14:paraId="24267380" w14:textId="77777777" w:rsidR="000C3A91" w:rsidRDefault="00000000">
      <w:pPr>
        <w:spacing w:after="180"/>
      </w:pPr>
      <w:r>
        <w:t>November invites us to move forward with courage rooted in God's promises. Courage is not the absence of fear. It is the decision to trust the Lord, make faithful choices, and continue even when the road feels uncertain.</w:t>
      </w:r>
    </w:p>
    <w:p w14:paraId="7229B70F" w14:textId="77777777" w:rsidR="000C3A91" w:rsidRDefault="00000000">
      <w:pPr>
        <w:spacing w:after="180"/>
      </w:pPr>
      <w:r>
        <w:t>This month, our devotionals will explore the courage to trust, obey, love, persevere, and prepare for what comes next. Each reading offers a Scripture, a practical step, and a prayer to help us live our faith in everyday moments.</w:t>
      </w:r>
    </w:p>
    <w:p w14:paraId="4560B82E" w14:textId="77777777" w:rsidR="000C3A91" w:rsidRDefault="00000000">
      <w:pPr>
        <w:spacing w:after="180"/>
      </w:pPr>
      <w:r>
        <w:t>As we continue through The Year of Better: Rooted &amp; Rising!, may we remember that growing deeper roots gives us strength to rise. We do not need to know every answer to follow the One who leads us.</w:t>
      </w:r>
    </w:p>
    <w:p w14:paraId="2A868EC2" w14:textId="77777777" w:rsidR="000C3A91" w:rsidRDefault="00000000">
      <w:pPr>
        <w:spacing w:after="180"/>
      </w:pPr>
      <w:r>
        <w:t>Walk in faith. Speak with love. Serve with courage. Trust God with each new step.</w:t>
      </w:r>
    </w:p>
    <w:p w14:paraId="6058F1F0" w14:textId="77777777" w:rsidR="00D64018" w:rsidRDefault="00D64018">
      <w:pPr>
        <w:spacing w:after="180"/>
      </w:pPr>
    </w:p>
    <w:p w14:paraId="5E99CA46" w14:textId="77777777" w:rsidR="00D64018" w:rsidRDefault="00D64018">
      <w:pPr>
        <w:spacing w:after="180"/>
      </w:pPr>
    </w:p>
    <w:p w14:paraId="45948EBB" w14:textId="77777777" w:rsidR="00D64018" w:rsidRDefault="00000000">
      <w:pPr>
        <w:spacing w:after="180"/>
      </w:pPr>
      <w:r>
        <w:t>Grace and Peace,</w:t>
      </w:r>
    </w:p>
    <w:p w14:paraId="071F7E59" w14:textId="498E8A80" w:rsidR="000C3A91" w:rsidRDefault="00D64018">
      <w:pPr>
        <w:spacing w:after="180"/>
      </w:pPr>
      <w:r>
        <w:rPr>
          <w:noProof/>
        </w:rPr>
        <w:drawing>
          <wp:inline distT="0" distB="0" distL="0" distR="0" wp14:anchorId="7C64258A" wp14:editId="2BDCBA11">
            <wp:extent cx="3931920" cy="989330"/>
            <wp:effectExtent l="0" t="0" r="0" b="0"/>
            <wp:docPr id="1985748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48417" name="Picture 1985748417"/>
                    <pic:cNvPicPr/>
                  </pic:nvPicPr>
                  <pic:blipFill>
                    <a:blip r:embed="rId9"/>
                    <a:stretch>
                      <a:fillRect/>
                    </a:stretch>
                  </pic:blipFill>
                  <pic:spPr>
                    <a:xfrm>
                      <a:off x="0" y="0"/>
                      <a:ext cx="3931920" cy="989330"/>
                    </a:xfrm>
                    <a:prstGeom prst="rect">
                      <a:avLst/>
                    </a:prstGeom>
                  </pic:spPr>
                </pic:pic>
              </a:graphicData>
            </a:graphic>
          </wp:inline>
        </w:drawing>
      </w:r>
      <w:r>
        <w:br/>
        <w:t>Pastor Jonathan F. Lowder, Sr.</w:t>
      </w:r>
    </w:p>
    <w:p w14:paraId="5E3ED5F3" w14:textId="77777777" w:rsidR="000C3A91" w:rsidRDefault="00000000">
      <w:r>
        <w:br w:type="page"/>
      </w:r>
    </w:p>
    <w:p w14:paraId="3FFE1020" w14:textId="7D3C67B8" w:rsidR="000C3A91" w:rsidRDefault="00456EE0">
      <w:pPr>
        <w:pBdr>
          <w:bottom w:val="single" w:sz="8" w:space="1" w:color="B28A45"/>
        </w:pBdr>
        <w:spacing w:before="40" w:after="100"/>
      </w:pPr>
      <w:r>
        <w:rPr>
          <w:noProof/>
        </w:rPr>
        <w:lastRenderedPageBreak/>
        <w:drawing>
          <wp:anchor distT="0" distB="0" distL="114300" distR="114300" simplePos="0" relativeHeight="251656192" behindDoc="0" locked="0" layoutInCell="1" allowOverlap="1" wp14:anchorId="1163F848" wp14:editId="6F9976A9">
            <wp:simplePos x="0" y="0"/>
            <wp:positionH relativeFrom="column">
              <wp:posOffset>-481965</wp:posOffset>
            </wp:positionH>
            <wp:positionV relativeFrom="paragraph">
              <wp:posOffset>-563880</wp:posOffset>
            </wp:positionV>
            <wp:extent cx="4905375" cy="6781800"/>
            <wp:effectExtent l="0" t="0" r="9525" b="0"/>
            <wp:wrapSquare wrapText="bothSides"/>
            <wp:docPr id="21279986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98600" name="Picture 2127998600"/>
                    <pic:cNvPicPr/>
                  </pic:nvPicPr>
                  <pic:blipFill>
                    <a:blip r:embed="rId10"/>
                    <a:stretch>
                      <a:fillRect/>
                    </a:stretch>
                  </pic:blipFill>
                  <pic:spPr>
                    <a:xfrm>
                      <a:off x="0" y="0"/>
                      <a:ext cx="4905375" cy="6781800"/>
                    </a:xfrm>
                    <a:prstGeom prst="rect">
                      <a:avLst/>
                    </a:prstGeom>
                  </pic:spPr>
                </pic:pic>
              </a:graphicData>
            </a:graphic>
            <wp14:sizeRelH relativeFrom="margin">
              <wp14:pctWidth>0</wp14:pctWidth>
            </wp14:sizeRelH>
            <wp14:sizeRelV relativeFrom="margin">
              <wp14:pctHeight>0</wp14:pctHeight>
            </wp14:sizeRelV>
          </wp:anchor>
        </w:drawing>
      </w:r>
    </w:p>
    <w:p w14:paraId="10BD7E16" w14:textId="77777777" w:rsidR="000C3A91" w:rsidRDefault="00000000">
      <w:pPr>
        <w:pStyle w:val="DayTitle"/>
        <w:spacing w:before="100" w:after="40"/>
      </w:pPr>
      <w:r>
        <w:lastRenderedPageBreak/>
        <w:t>DAY 1: TRUST BEYOND WHAT YOU SEE</w:t>
      </w:r>
    </w:p>
    <w:p w14:paraId="509AB907" w14:textId="77777777" w:rsidR="000C3A91" w:rsidRDefault="00000000">
      <w:pPr>
        <w:spacing w:after="40" w:line="240" w:lineRule="auto"/>
      </w:pPr>
      <w:r>
        <w:rPr>
          <w:b/>
        </w:rPr>
        <w:t>Heart Principle</w:t>
      </w:r>
      <w:r>
        <w:rPr>
          <w:b/>
        </w:rPr>
        <w:br/>
      </w:r>
      <w:r>
        <w:t>Faith does not require every answer.</w:t>
      </w:r>
    </w:p>
    <w:p w14:paraId="5AB933BB" w14:textId="77777777" w:rsidR="000C3A91" w:rsidRDefault="00000000">
      <w:pPr>
        <w:spacing w:after="40" w:line="240" w:lineRule="auto"/>
      </w:pPr>
      <w:r>
        <w:rPr>
          <w:b/>
        </w:rPr>
        <w:t>Scripture</w:t>
      </w:r>
      <w:r>
        <w:rPr>
          <w:b/>
        </w:rPr>
        <w:br/>
      </w:r>
      <w:r>
        <w:t>2 Corinthians 5:7</w:t>
      </w:r>
    </w:p>
    <w:p w14:paraId="0E02863F" w14:textId="77777777" w:rsidR="000C3A91" w:rsidRDefault="00000000">
      <w:pPr>
        <w:spacing w:after="40" w:line="240" w:lineRule="auto"/>
      </w:pPr>
      <w:r>
        <w:rPr>
          <w:b/>
        </w:rPr>
        <w:t>Opening Reflection</w:t>
      </w:r>
      <w:r>
        <w:rPr>
          <w:b/>
        </w:rPr>
        <w:br/>
      </w:r>
      <w:r>
        <w:t>Uncertainty can make us demand proof before moving. God invites us to walk with Him even when the whole road is not visible.</w:t>
      </w:r>
    </w:p>
    <w:p w14:paraId="11E4D54A" w14:textId="77777777" w:rsidR="000C3A91" w:rsidRDefault="00000000">
      <w:pPr>
        <w:spacing w:after="40" w:line="240" w:lineRule="auto"/>
      </w:pPr>
      <w:r>
        <w:rPr>
          <w:b/>
        </w:rPr>
        <w:t>Biblical Insight</w:t>
      </w:r>
      <w:r>
        <w:rPr>
          <w:b/>
        </w:rPr>
        <w:br/>
      </w:r>
      <w:r>
        <w:t>Paul describes the Christian life as walking by faith rather than sight.</w:t>
      </w:r>
    </w:p>
    <w:p w14:paraId="12D7266B" w14:textId="77777777" w:rsidR="000C3A91" w:rsidRDefault="00000000">
      <w:pPr>
        <w:spacing w:after="40" w:line="240" w:lineRule="auto"/>
      </w:pPr>
      <w:r>
        <w:rPr>
          <w:b/>
        </w:rPr>
        <w:t>Bridge to Daily Life</w:t>
      </w:r>
      <w:r>
        <w:rPr>
          <w:b/>
        </w:rPr>
        <w:br/>
      </w:r>
      <w:r>
        <w:t>Pray about one situation you cannot fully predict.</w:t>
      </w:r>
    </w:p>
    <w:p w14:paraId="62E982A1" w14:textId="77777777" w:rsidR="000C3A91" w:rsidRDefault="00000000">
      <w:pPr>
        <w:spacing w:after="40" w:line="240" w:lineRule="auto"/>
      </w:pPr>
      <w:r>
        <w:rPr>
          <w:b/>
        </w:rPr>
        <w:t>Hope Principle</w:t>
      </w:r>
      <w:r>
        <w:rPr>
          <w:b/>
        </w:rPr>
        <w:br/>
      </w:r>
      <w:r>
        <w:t>God is trustworthy beyond what I can see.</w:t>
      </w:r>
    </w:p>
    <w:p w14:paraId="33453753" w14:textId="77777777" w:rsidR="000C3A91" w:rsidRDefault="00000000">
      <w:pPr>
        <w:spacing w:after="40" w:line="240" w:lineRule="auto"/>
      </w:pPr>
      <w:r>
        <w:rPr>
          <w:b/>
        </w:rPr>
        <w:t>Daily Prayer Focus</w:t>
      </w:r>
      <w:r>
        <w:rPr>
          <w:b/>
        </w:rPr>
        <w:br/>
      </w:r>
      <w:r>
        <w:t>Lord, strengthen my faith when answers are incomplete. Amen.</w:t>
      </w:r>
    </w:p>
    <w:p w14:paraId="01684705" w14:textId="77777777" w:rsidR="000C3A91" w:rsidRDefault="00000000">
      <w:pPr>
        <w:spacing w:after="40" w:line="240" w:lineRule="auto"/>
      </w:pPr>
      <w:r>
        <w:rPr>
          <w:b/>
        </w:rPr>
        <w:t>Reflection Question</w:t>
      </w:r>
      <w:r>
        <w:rPr>
          <w:b/>
        </w:rPr>
        <w:br/>
      </w:r>
      <w:r>
        <w:t>Where am I demanding certainty before trusting God?</w:t>
      </w:r>
    </w:p>
    <w:p w14:paraId="18793275" w14:textId="77777777" w:rsidR="000C3A91" w:rsidRDefault="00000000">
      <w:pPr>
        <w:spacing w:after="40" w:line="240" w:lineRule="auto"/>
      </w:pPr>
      <w:r>
        <w:rPr>
          <w:b/>
        </w:rPr>
        <w:t>Today's Declaration</w:t>
      </w:r>
      <w:r>
        <w:rPr>
          <w:b/>
        </w:rPr>
        <w:br/>
      </w:r>
      <w:r>
        <w:t>I will walk by faith today.</w:t>
      </w:r>
    </w:p>
    <w:p w14:paraId="7C916959" w14:textId="77777777" w:rsidR="000C3A91" w:rsidRDefault="000C3A91">
      <w:pPr>
        <w:pBdr>
          <w:bottom w:val="single" w:sz="8" w:space="1" w:color="B28A45"/>
        </w:pBdr>
        <w:spacing w:before="40" w:after="100"/>
      </w:pPr>
    </w:p>
    <w:p w14:paraId="71838589" w14:textId="77777777" w:rsidR="000C3A91" w:rsidRDefault="00000000">
      <w:pPr>
        <w:pStyle w:val="DayTitle"/>
        <w:spacing w:before="100" w:after="40"/>
      </w:pPr>
      <w:r>
        <w:t>DAY 2: LET GO OF FEAR</w:t>
      </w:r>
    </w:p>
    <w:p w14:paraId="5DA6C74A" w14:textId="77777777" w:rsidR="000C3A91" w:rsidRDefault="00000000">
      <w:pPr>
        <w:spacing w:after="40" w:line="240" w:lineRule="auto"/>
      </w:pPr>
      <w:r>
        <w:rPr>
          <w:b/>
        </w:rPr>
        <w:t>Heart Principle</w:t>
      </w:r>
      <w:r>
        <w:rPr>
          <w:b/>
        </w:rPr>
        <w:br/>
      </w:r>
      <w:r>
        <w:t>Fear need not make our decisions.</w:t>
      </w:r>
    </w:p>
    <w:p w14:paraId="623838B9" w14:textId="77777777" w:rsidR="000C3A91" w:rsidRDefault="00000000">
      <w:pPr>
        <w:spacing w:after="40" w:line="240" w:lineRule="auto"/>
      </w:pPr>
      <w:r>
        <w:rPr>
          <w:b/>
        </w:rPr>
        <w:t>Scripture</w:t>
      </w:r>
      <w:r>
        <w:rPr>
          <w:b/>
        </w:rPr>
        <w:br/>
      </w:r>
      <w:r>
        <w:t>Psalm 56:3</w:t>
      </w:r>
    </w:p>
    <w:p w14:paraId="21E4FF0E" w14:textId="77777777" w:rsidR="000C3A91" w:rsidRDefault="00000000">
      <w:pPr>
        <w:spacing w:after="40" w:line="240" w:lineRule="auto"/>
      </w:pPr>
      <w:r>
        <w:rPr>
          <w:b/>
        </w:rPr>
        <w:t>Opening Reflection</w:t>
      </w:r>
      <w:r>
        <w:rPr>
          <w:b/>
        </w:rPr>
        <w:br/>
      </w:r>
      <w:r>
        <w:t>Fear often speaks loudly when the future feels unfamiliar. We can acknowledge it without giving it authority over our choices.</w:t>
      </w:r>
    </w:p>
    <w:p w14:paraId="69197A80" w14:textId="77777777" w:rsidR="000C3A91" w:rsidRDefault="00000000">
      <w:pPr>
        <w:spacing w:after="40" w:line="240" w:lineRule="auto"/>
      </w:pPr>
      <w:r>
        <w:rPr>
          <w:b/>
        </w:rPr>
        <w:t>Biblical Insight</w:t>
      </w:r>
      <w:r>
        <w:rPr>
          <w:b/>
        </w:rPr>
        <w:br/>
      </w:r>
      <w:r>
        <w:t>The psalmist responds to fear by placing trust in God.</w:t>
      </w:r>
    </w:p>
    <w:p w14:paraId="117D661B" w14:textId="77777777" w:rsidR="000C3A91" w:rsidRDefault="00000000">
      <w:pPr>
        <w:spacing w:after="40" w:line="240" w:lineRule="auto"/>
      </w:pPr>
      <w:r>
        <w:rPr>
          <w:b/>
        </w:rPr>
        <w:t>Bridge to Daily Life</w:t>
      </w:r>
      <w:r>
        <w:rPr>
          <w:b/>
        </w:rPr>
        <w:br/>
      </w:r>
      <w:r>
        <w:t>Name a fear and speak a prayer of trust over it.</w:t>
      </w:r>
    </w:p>
    <w:p w14:paraId="12C2D8FA" w14:textId="77777777" w:rsidR="000C3A91" w:rsidRDefault="00000000">
      <w:pPr>
        <w:spacing w:after="40" w:line="240" w:lineRule="auto"/>
      </w:pPr>
      <w:r>
        <w:rPr>
          <w:b/>
        </w:rPr>
        <w:lastRenderedPageBreak/>
        <w:t>Hope Principle</w:t>
      </w:r>
      <w:r>
        <w:rPr>
          <w:b/>
        </w:rPr>
        <w:br/>
      </w:r>
      <w:r>
        <w:t>God hears me when I am afraid.</w:t>
      </w:r>
    </w:p>
    <w:p w14:paraId="580AA704" w14:textId="77777777" w:rsidR="000C3A91" w:rsidRDefault="00000000">
      <w:pPr>
        <w:spacing w:after="40" w:line="240" w:lineRule="auto"/>
      </w:pPr>
      <w:r>
        <w:rPr>
          <w:b/>
        </w:rPr>
        <w:t>Daily Prayer Focus</w:t>
      </w:r>
      <w:r>
        <w:rPr>
          <w:b/>
        </w:rPr>
        <w:br/>
      </w:r>
      <w:r>
        <w:t>Father, help me bring my fears to You. Amen.</w:t>
      </w:r>
    </w:p>
    <w:p w14:paraId="2BB62723" w14:textId="77777777" w:rsidR="000C3A91" w:rsidRDefault="00000000">
      <w:pPr>
        <w:spacing w:after="40" w:line="240" w:lineRule="auto"/>
      </w:pPr>
      <w:r>
        <w:rPr>
          <w:b/>
        </w:rPr>
        <w:t>Reflection Question</w:t>
      </w:r>
      <w:r>
        <w:rPr>
          <w:b/>
        </w:rPr>
        <w:br/>
      </w:r>
      <w:r>
        <w:t>What fear has been guiding my actions?</w:t>
      </w:r>
    </w:p>
    <w:p w14:paraId="060825A9" w14:textId="77777777" w:rsidR="000C3A91" w:rsidRDefault="00000000">
      <w:pPr>
        <w:spacing w:after="40" w:line="240" w:lineRule="auto"/>
      </w:pPr>
      <w:r>
        <w:rPr>
          <w:b/>
        </w:rPr>
        <w:t>Today's Declaration</w:t>
      </w:r>
      <w:r>
        <w:rPr>
          <w:b/>
        </w:rPr>
        <w:br/>
      </w:r>
      <w:r>
        <w:t>Fear will not lead me today.</w:t>
      </w:r>
    </w:p>
    <w:p w14:paraId="6105AAC6" w14:textId="77777777" w:rsidR="00456EE0" w:rsidRDefault="00456EE0">
      <w:pPr>
        <w:spacing w:after="40" w:line="240" w:lineRule="auto"/>
      </w:pPr>
    </w:p>
    <w:p w14:paraId="796462FD" w14:textId="1A689583" w:rsidR="000C3A91" w:rsidRPr="00456EE0" w:rsidRDefault="00000000" w:rsidP="00456EE0">
      <w:pPr>
        <w:rPr>
          <w:b/>
          <w:bCs/>
          <w:sz w:val="28"/>
          <w:szCs w:val="28"/>
        </w:rPr>
      </w:pPr>
      <w:r w:rsidRPr="00456EE0">
        <w:rPr>
          <w:b/>
          <w:bCs/>
          <w:sz w:val="28"/>
          <w:szCs w:val="28"/>
        </w:rPr>
        <w:t>DAY 3: TAKE THE NEXT STEP</w:t>
      </w:r>
    </w:p>
    <w:p w14:paraId="1B367C79" w14:textId="77777777" w:rsidR="000C3A91" w:rsidRDefault="00000000">
      <w:pPr>
        <w:spacing w:after="40" w:line="240" w:lineRule="auto"/>
      </w:pPr>
      <w:r>
        <w:rPr>
          <w:b/>
        </w:rPr>
        <w:t>Heart Principle</w:t>
      </w:r>
      <w:r>
        <w:rPr>
          <w:b/>
        </w:rPr>
        <w:br/>
      </w:r>
      <w:r>
        <w:t>Small steps of faith matter.</w:t>
      </w:r>
    </w:p>
    <w:p w14:paraId="1451F704" w14:textId="77777777" w:rsidR="000C3A91" w:rsidRDefault="00000000">
      <w:pPr>
        <w:spacing w:after="40" w:line="240" w:lineRule="auto"/>
      </w:pPr>
      <w:r>
        <w:rPr>
          <w:b/>
        </w:rPr>
        <w:t>Scripture</w:t>
      </w:r>
      <w:r>
        <w:rPr>
          <w:b/>
        </w:rPr>
        <w:br/>
      </w:r>
      <w:r>
        <w:t>Psalm 119:105</w:t>
      </w:r>
    </w:p>
    <w:p w14:paraId="277E0BC1" w14:textId="77777777" w:rsidR="000C3A91" w:rsidRDefault="00000000">
      <w:pPr>
        <w:spacing w:after="40" w:line="240" w:lineRule="auto"/>
      </w:pPr>
      <w:r>
        <w:rPr>
          <w:b/>
        </w:rPr>
        <w:t>Opening Reflection</w:t>
      </w:r>
      <w:r>
        <w:rPr>
          <w:b/>
        </w:rPr>
        <w:br/>
      </w:r>
      <w:r>
        <w:t>We sometimes wait for the entire plan to appear. Yet a lamp lights the next stretch of road, not every mile ahead.</w:t>
      </w:r>
    </w:p>
    <w:p w14:paraId="2995A08A" w14:textId="77777777" w:rsidR="000C3A91" w:rsidRDefault="00000000">
      <w:pPr>
        <w:spacing w:after="40" w:line="240" w:lineRule="auto"/>
      </w:pPr>
      <w:r>
        <w:rPr>
          <w:b/>
        </w:rPr>
        <w:t>Biblical Insight</w:t>
      </w:r>
      <w:r>
        <w:rPr>
          <w:b/>
        </w:rPr>
        <w:br/>
      </w:r>
      <w:r>
        <w:t>God’s word is pictured as a lamp for our feet.</w:t>
      </w:r>
    </w:p>
    <w:p w14:paraId="6C3C952A" w14:textId="77777777" w:rsidR="000C3A91" w:rsidRDefault="00000000">
      <w:pPr>
        <w:spacing w:after="40" w:line="240" w:lineRule="auto"/>
      </w:pPr>
      <w:r>
        <w:rPr>
          <w:b/>
        </w:rPr>
        <w:t>Bridge to Daily Life</w:t>
      </w:r>
      <w:r>
        <w:rPr>
          <w:b/>
        </w:rPr>
        <w:br/>
      </w:r>
      <w:r>
        <w:t>Identify one responsible next step and take it.</w:t>
      </w:r>
    </w:p>
    <w:p w14:paraId="6B334D96" w14:textId="77777777" w:rsidR="000C3A91" w:rsidRDefault="00000000">
      <w:pPr>
        <w:spacing w:after="40" w:line="240" w:lineRule="auto"/>
      </w:pPr>
      <w:r>
        <w:rPr>
          <w:b/>
        </w:rPr>
        <w:t>Hope Principle</w:t>
      </w:r>
      <w:r>
        <w:rPr>
          <w:b/>
        </w:rPr>
        <w:br/>
      </w:r>
      <w:r>
        <w:t>God provides direction for faithful living.</w:t>
      </w:r>
    </w:p>
    <w:p w14:paraId="2A3471E6" w14:textId="77777777" w:rsidR="000C3A91" w:rsidRDefault="00000000">
      <w:pPr>
        <w:spacing w:after="40" w:line="240" w:lineRule="auto"/>
      </w:pPr>
      <w:r>
        <w:rPr>
          <w:b/>
        </w:rPr>
        <w:t>Daily Prayer Focus</w:t>
      </w:r>
      <w:r>
        <w:rPr>
          <w:b/>
        </w:rPr>
        <w:br/>
      </w:r>
      <w:r>
        <w:t>Lord, illuminate the step before me. Amen.</w:t>
      </w:r>
    </w:p>
    <w:p w14:paraId="39024884" w14:textId="77777777" w:rsidR="000C3A91" w:rsidRDefault="00000000">
      <w:pPr>
        <w:spacing w:after="40" w:line="240" w:lineRule="auto"/>
      </w:pPr>
      <w:r>
        <w:rPr>
          <w:b/>
        </w:rPr>
        <w:t>Reflection Question</w:t>
      </w:r>
      <w:r>
        <w:rPr>
          <w:b/>
        </w:rPr>
        <w:br/>
      </w:r>
      <w:r>
        <w:t>What step have I been delaying?</w:t>
      </w:r>
    </w:p>
    <w:p w14:paraId="27A4C021" w14:textId="77777777" w:rsidR="000C3A91" w:rsidRDefault="00000000">
      <w:pPr>
        <w:spacing w:after="40" w:line="240" w:lineRule="auto"/>
      </w:pPr>
      <w:r>
        <w:rPr>
          <w:b/>
        </w:rPr>
        <w:t>Today's Declaration</w:t>
      </w:r>
      <w:r>
        <w:rPr>
          <w:b/>
        </w:rPr>
        <w:br/>
      </w:r>
      <w:r>
        <w:t>I will move forward with wisdom.</w:t>
      </w:r>
    </w:p>
    <w:p w14:paraId="766B7319" w14:textId="77777777" w:rsidR="000C3A91" w:rsidRDefault="000C3A91">
      <w:pPr>
        <w:pBdr>
          <w:bottom w:val="single" w:sz="8" w:space="1" w:color="B28A45"/>
        </w:pBdr>
        <w:spacing w:before="40" w:after="100"/>
      </w:pPr>
    </w:p>
    <w:p w14:paraId="132B805E" w14:textId="77777777" w:rsidR="000C3A91" w:rsidRDefault="00000000">
      <w:pPr>
        <w:pStyle w:val="DayTitle"/>
        <w:spacing w:before="100" w:after="40"/>
      </w:pPr>
      <w:r>
        <w:t>DAY 4: BE STILL ENOUGH TO LISTEN</w:t>
      </w:r>
    </w:p>
    <w:p w14:paraId="06E85A69" w14:textId="77777777" w:rsidR="000C3A91" w:rsidRDefault="00000000">
      <w:pPr>
        <w:spacing w:after="40" w:line="240" w:lineRule="auto"/>
      </w:pPr>
      <w:r>
        <w:rPr>
          <w:b/>
        </w:rPr>
        <w:t>Heart Principle</w:t>
      </w:r>
      <w:r>
        <w:rPr>
          <w:b/>
        </w:rPr>
        <w:br/>
      </w:r>
      <w:r>
        <w:t>Listening is part of spiritual courage.</w:t>
      </w:r>
    </w:p>
    <w:p w14:paraId="1AE133D5" w14:textId="77777777" w:rsidR="000C3A91" w:rsidRDefault="00000000">
      <w:pPr>
        <w:spacing w:after="40" w:line="240" w:lineRule="auto"/>
      </w:pPr>
      <w:r>
        <w:rPr>
          <w:b/>
        </w:rPr>
        <w:lastRenderedPageBreak/>
        <w:t>Scripture</w:t>
      </w:r>
      <w:r>
        <w:rPr>
          <w:b/>
        </w:rPr>
        <w:br/>
      </w:r>
      <w:r>
        <w:t>1 Kings 19:12</w:t>
      </w:r>
    </w:p>
    <w:p w14:paraId="4C8E2302" w14:textId="77777777" w:rsidR="000C3A91" w:rsidRDefault="00000000">
      <w:pPr>
        <w:spacing w:after="40" w:line="240" w:lineRule="auto"/>
      </w:pPr>
      <w:r>
        <w:rPr>
          <w:b/>
        </w:rPr>
        <w:t>Opening Reflection</w:t>
      </w:r>
      <w:r>
        <w:rPr>
          <w:b/>
        </w:rPr>
        <w:br/>
      </w:r>
      <w:r>
        <w:t>Noise and urgency can make it difficult to hear what matters. Quiet attention creates room for prayerful discernment.</w:t>
      </w:r>
    </w:p>
    <w:p w14:paraId="03E1D926" w14:textId="77777777" w:rsidR="000C3A91" w:rsidRDefault="00000000">
      <w:pPr>
        <w:spacing w:after="40" w:line="240" w:lineRule="auto"/>
      </w:pPr>
      <w:r>
        <w:rPr>
          <w:b/>
        </w:rPr>
        <w:t>Biblical Insight</w:t>
      </w:r>
      <w:r>
        <w:rPr>
          <w:b/>
        </w:rPr>
        <w:br/>
      </w:r>
      <w:r>
        <w:t>Elijah encountered God after wind, earthquake, and fire, in a gentle sound.</w:t>
      </w:r>
    </w:p>
    <w:p w14:paraId="0A543CFB" w14:textId="77777777" w:rsidR="000C3A91" w:rsidRDefault="00000000">
      <w:pPr>
        <w:spacing w:after="40" w:line="240" w:lineRule="auto"/>
      </w:pPr>
      <w:r>
        <w:rPr>
          <w:b/>
        </w:rPr>
        <w:t>Bridge to Daily Life</w:t>
      </w:r>
      <w:r>
        <w:rPr>
          <w:b/>
        </w:rPr>
        <w:br/>
      </w:r>
      <w:r>
        <w:t>Set aside ten minutes for silence and prayer.</w:t>
      </w:r>
    </w:p>
    <w:p w14:paraId="5CB4292C" w14:textId="77777777" w:rsidR="000C3A91" w:rsidRDefault="00000000">
      <w:pPr>
        <w:spacing w:after="40" w:line="240" w:lineRule="auto"/>
      </w:pPr>
      <w:r>
        <w:rPr>
          <w:b/>
        </w:rPr>
        <w:t>Hope Principle</w:t>
      </w:r>
      <w:r>
        <w:rPr>
          <w:b/>
        </w:rPr>
        <w:br/>
      </w:r>
      <w:r>
        <w:t>God meets us beyond the noise.</w:t>
      </w:r>
    </w:p>
    <w:p w14:paraId="069C5B79" w14:textId="77777777" w:rsidR="000C3A91" w:rsidRDefault="00000000">
      <w:pPr>
        <w:spacing w:after="40" w:line="240" w:lineRule="auto"/>
      </w:pPr>
      <w:r>
        <w:rPr>
          <w:b/>
        </w:rPr>
        <w:t>Daily Prayer Focus</w:t>
      </w:r>
      <w:r>
        <w:rPr>
          <w:b/>
        </w:rPr>
        <w:br/>
      </w:r>
      <w:r>
        <w:t>God, quiet my heart and help me listen. Amen.</w:t>
      </w:r>
    </w:p>
    <w:p w14:paraId="376DE64F" w14:textId="77777777" w:rsidR="000C3A91" w:rsidRDefault="00000000">
      <w:pPr>
        <w:spacing w:after="40" w:line="240" w:lineRule="auto"/>
      </w:pPr>
      <w:r>
        <w:rPr>
          <w:b/>
        </w:rPr>
        <w:t>Reflection Question</w:t>
      </w:r>
      <w:r>
        <w:rPr>
          <w:b/>
        </w:rPr>
        <w:br/>
      </w:r>
      <w:r>
        <w:t>What noise do I need to set aside?</w:t>
      </w:r>
    </w:p>
    <w:p w14:paraId="0E2924C4" w14:textId="77777777" w:rsidR="000C3A91" w:rsidRDefault="00000000">
      <w:pPr>
        <w:spacing w:after="40" w:line="240" w:lineRule="auto"/>
      </w:pPr>
      <w:r>
        <w:rPr>
          <w:b/>
        </w:rPr>
        <w:t>Today's Declaration</w:t>
      </w:r>
      <w:r>
        <w:rPr>
          <w:b/>
        </w:rPr>
        <w:br/>
      </w:r>
      <w:r>
        <w:t>I will make room to listen.</w:t>
      </w:r>
    </w:p>
    <w:p w14:paraId="0103EE28" w14:textId="77777777" w:rsidR="00456EE0" w:rsidRDefault="00456EE0" w:rsidP="00456EE0"/>
    <w:p w14:paraId="13BA3ED7" w14:textId="31A423F3" w:rsidR="000C3A91" w:rsidRPr="00456EE0" w:rsidRDefault="00000000" w:rsidP="00456EE0">
      <w:pPr>
        <w:rPr>
          <w:b/>
          <w:bCs/>
          <w:sz w:val="28"/>
          <w:szCs w:val="28"/>
        </w:rPr>
      </w:pPr>
      <w:r w:rsidRPr="00456EE0">
        <w:rPr>
          <w:b/>
          <w:bCs/>
          <w:sz w:val="28"/>
          <w:szCs w:val="28"/>
        </w:rPr>
        <w:t>DAY 5: REMEMBER WHO GOES WITH YOU</w:t>
      </w:r>
    </w:p>
    <w:p w14:paraId="6B097E8B" w14:textId="77777777" w:rsidR="000C3A91" w:rsidRDefault="00000000">
      <w:pPr>
        <w:spacing w:after="40" w:line="240" w:lineRule="auto"/>
      </w:pPr>
      <w:r>
        <w:rPr>
          <w:b/>
        </w:rPr>
        <w:t>Heart Principle</w:t>
      </w:r>
      <w:r>
        <w:rPr>
          <w:b/>
        </w:rPr>
        <w:br/>
      </w:r>
      <w:r>
        <w:t>We do not face challenges alone.</w:t>
      </w:r>
    </w:p>
    <w:p w14:paraId="66487C6D" w14:textId="77777777" w:rsidR="000C3A91" w:rsidRDefault="00000000">
      <w:pPr>
        <w:spacing w:after="40" w:line="240" w:lineRule="auto"/>
      </w:pPr>
      <w:r>
        <w:rPr>
          <w:b/>
        </w:rPr>
        <w:t>Scripture</w:t>
      </w:r>
      <w:r>
        <w:rPr>
          <w:b/>
        </w:rPr>
        <w:br/>
      </w:r>
      <w:r>
        <w:t>Deuteronomy 31:8</w:t>
      </w:r>
    </w:p>
    <w:p w14:paraId="05DA4B07" w14:textId="77777777" w:rsidR="000C3A91" w:rsidRDefault="00000000">
      <w:pPr>
        <w:spacing w:after="40" w:line="240" w:lineRule="auto"/>
      </w:pPr>
      <w:r>
        <w:rPr>
          <w:b/>
        </w:rPr>
        <w:t>Opening Reflection</w:t>
      </w:r>
      <w:r>
        <w:rPr>
          <w:b/>
        </w:rPr>
        <w:br/>
      </w:r>
      <w:r>
        <w:t>New responsibilities can make us feel unprepared. God’s presence is a deeper source of confidence than our own ability.</w:t>
      </w:r>
    </w:p>
    <w:p w14:paraId="227CEE76" w14:textId="77777777" w:rsidR="000C3A91" w:rsidRDefault="00000000">
      <w:pPr>
        <w:spacing w:after="40" w:line="240" w:lineRule="auto"/>
      </w:pPr>
      <w:r>
        <w:rPr>
          <w:b/>
        </w:rPr>
        <w:t>Biblical Insight</w:t>
      </w:r>
      <w:r>
        <w:rPr>
          <w:b/>
        </w:rPr>
        <w:br/>
      </w:r>
      <w:r>
        <w:t>Moses assured Israel that the Lord would go before them.</w:t>
      </w:r>
    </w:p>
    <w:p w14:paraId="2DD4F112" w14:textId="77777777" w:rsidR="000C3A91" w:rsidRDefault="00000000">
      <w:pPr>
        <w:spacing w:after="40" w:line="240" w:lineRule="auto"/>
      </w:pPr>
      <w:r>
        <w:rPr>
          <w:b/>
        </w:rPr>
        <w:t>Bridge to Daily Life</w:t>
      </w:r>
      <w:r>
        <w:rPr>
          <w:b/>
        </w:rPr>
        <w:br/>
      </w:r>
      <w:r>
        <w:t>Begin a difficult task with a brief prayer.</w:t>
      </w:r>
    </w:p>
    <w:p w14:paraId="5D310EF6" w14:textId="77777777" w:rsidR="000C3A91" w:rsidRDefault="00000000">
      <w:pPr>
        <w:spacing w:after="40" w:line="240" w:lineRule="auto"/>
      </w:pPr>
      <w:r>
        <w:rPr>
          <w:b/>
        </w:rPr>
        <w:t>Hope Principle</w:t>
      </w:r>
      <w:r>
        <w:rPr>
          <w:b/>
        </w:rPr>
        <w:br/>
      </w:r>
      <w:r>
        <w:t>God does not abandon His people.</w:t>
      </w:r>
    </w:p>
    <w:p w14:paraId="3E17E1E3" w14:textId="77777777" w:rsidR="000C3A91" w:rsidRDefault="00000000">
      <w:pPr>
        <w:spacing w:after="40" w:line="240" w:lineRule="auto"/>
      </w:pPr>
      <w:r>
        <w:rPr>
          <w:b/>
        </w:rPr>
        <w:lastRenderedPageBreak/>
        <w:t>Daily Prayer Focus</w:t>
      </w:r>
      <w:r>
        <w:rPr>
          <w:b/>
        </w:rPr>
        <w:br/>
      </w:r>
      <w:r>
        <w:t>Father, remind me of Your presence today. Amen.</w:t>
      </w:r>
    </w:p>
    <w:p w14:paraId="3541983C" w14:textId="77777777" w:rsidR="000C3A91" w:rsidRDefault="00000000">
      <w:pPr>
        <w:spacing w:after="40" w:line="240" w:lineRule="auto"/>
      </w:pPr>
      <w:r>
        <w:rPr>
          <w:b/>
        </w:rPr>
        <w:t>Reflection Question</w:t>
      </w:r>
      <w:r>
        <w:rPr>
          <w:b/>
        </w:rPr>
        <w:br/>
      </w:r>
      <w:r>
        <w:t>Where do I feel most alone?</w:t>
      </w:r>
    </w:p>
    <w:p w14:paraId="3079F650" w14:textId="77777777" w:rsidR="000C3A91" w:rsidRDefault="00000000">
      <w:pPr>
        <w:spacing w:after="40" w:line="240" w:lineRule="auto"/>
      </w:pPr>
      <w:r>
        <w:rPr>
          <w:b/>
        </w:rPr>
        <w:t>Today's Declaration</w:t>
      </w:r>
      <w:r>
        <w:rPr>
          <w:b/>
        </w:rPr>
        <w:br/>
      </w:r>
      <w:r>
        <w:t>God goes before me.</w:t>
      </w:r>
    </w:p>
    <w:p w14:paraId="51EB1D99" w14:textId="77777777" w:rsidR="000C3A91" w:rsidRDefault="000C3A91">
      <w:pPr>
        <w:pBdr>
          <w:bottom w:val="single" w:sz="8" w:space="1" w:color="B28A45"/>
        </w:pBdr>
        <w:spacing w:before="40" w:after="100"/>
      </w:pPr>
    </w:p>
    <w:p w14:paraId="43DB5BCF" w14:textId="77777777" w:rsidR="000C3A91" w:rsidRDefault="00000000">
      <w:pPr>
        <w:pStyle w:val="DayTitle"/>
        <w:spacing w:before="100" w:after="40"/>
      </w:pPr>
      <w:r>
        <w:t>DAY 6: CHOOSE PEACEFUL TRUST</w:t>
      </w:r>
    </w:p>
    <w:p w14:paraId="515DFD3F" w14:textId="77777777" w:rsidR="000C3A91" w:rsidRDefault="00000000">
      <w:pPr>
        <w:spacing w:after="40" w:line="240" w:lineRule="auto"/>
      </w:pPr>
      <w:r>
        <w:rPr>
          <w:b/>
        </w:rPr>
        <w:t>Heart Principle</w:t>
      </w:r>
      <w:r>
        <w:rPr>
          <w:b/>
        </w:rPr>
        <w:br/>
      </w:r>
      <w:r>
        <w:t>Trust can steady an anxious heart.</w:t>
      </w:r>
    </w:p>
    <w:p w14:paraId="1DC94D0E" w14:textId="77777777" w:rsidR="000C3A91" w:rsidRDefault="00000000">
      <w:pPr>
        <w:spacing w:after="40" w:line="240" w:lineRule="auto"/>
      </w:pPr>
      <w:r>
        <w:rPr>
          <w:b/>
        </w:rPr>
        <w:t>Scripture</w:t>
      </w:r>
      <w:r>
        <w:rPr>
          <w:b/>
        </w:rPr>
        <w:br/>
      </w:r>
      <w:r>
        <w:t>Isaiah 26:3</w:t>
      </w:r>
    </w:p>
    <w:p w14:paraId="4E9DCC88" w14:textId="77777777" w:rsidR="000C3A91" w:rsidRDefault="00000000">
      <w:pPr>
        <w:spacing w:after="40" w:line="240" w:lineRule="auto"/>
      </w:pPr>
      <w:r>
        <w:rPr>
          <w:b/>
        </w:rPr>
        <w:t>Opening Reflection</w:t>
      </w:r>
      <w:r>
        <w:rPr>
          <w:b/>
        </w:rPr>
        <w:br/>
      </w:r>
      <w:r>
        <w:t>Our minds often rehearse possibilities that have not happened. Turning our attention to God helps us respond with steadiness.</w:t>
      </w:r>
    </w:p>
    <w:p w14:paraId="16BC4AF6" w14:textId="77777777" w:rsidR="000C3A91" w:rsidRDefault="00000000">
      <w:pPr>
        <w:spacing w:after="40" w:line="240" w:lineRule="auto"/>
      </w:pPr>
      <w:r>
        <w:rPr>
          <w:b/>
        </w:rPr>
        <w:t>Biblical Insight</w:t>
      </w:r>
      <w:r>
        <w:rPr>
          <w:b/>
        </w:rPr>
        <w:br/>
      </w:r>
      <w:r>
        <w:t>Isaiah connects steadfast trust in God with peace.</w:t>
      </w:r>
    </w:p>
    <w:p w14:paraId="509472C4" w14:textId="77777777" w:rsidR="000C3A91" w:rsidRDefault="00000000">
      <w:pPr>
        <w:spacing w:after="40" w:line="240" w:lineRule="auto"/>
      </w:pPr>
      <w:r>
        <w:rPr>
          <w:b/>
        </w:rPr>
        <w:t>Bridge to Daily Life</w:t>
      </w:r>
      <w:r>
        <w:rPr>
          <w:b/>
        </w:rPr>
        <w:br/>
      </w:r>
      <w:r>
        <w:t>When worry rises, pause and pray before reacting.</w:t>
      </w:r>
    </w:p>
    <w:p w14:paraId="6A03BA45" w14:textId="77777777" w:rsidR="000C3A91" w:rsidRDefault="00000000">
      <w:pPr>
        <w:spacing w:after="40" w:line="240" w:lineRule="auto"/>
      </w:pPr>
      <w:r>
        <w:rPr>
          <w:b/>
        </w:rPr>
        <w:t>Hope Principle</w:t>
      </w:r>
      <w:r>
        <w:rPr>
          <w:b/>
        </w:rPr>
        <w:br/>
      </w:r>
      <w:r>
        <w:t>God can steady a troubled mind.</w:t>
      </w:r>
    </w:p>
    <w:p w14:paraId="2C0DC694" w14:textId="77777777" w:rsidR="000C3A91" w:rsidRDefault="00000000">
      <w:pPr>
        <w:spacing w:after="40" w:line="240" w:lineRule="auto"/>
      </w:pPr>
      <w:r>
        <w:rPr>
          <w:b/>
        </w:rPr>
        <w:t>Daily Prayer Focus</w:t>
      </w:r>
      <w:r>
        <w:rPr>
          <w:b/>
        </w:rPr>
        <w:br/>
      </w:r>
      <w:r>
        <w:t>Lord, anchor my thoughts in You. Amen.</w:t>
      </w:r>
    </w:p>
    <w:p w14:paraId="2787E99E" w14:textId="77777777" w:rsidR="000C3A91" w:rsidRDefault="00000000">
      <w:pPr>
        <w:spacing w:after="40" w:line="240" w:lineRule="auto"/>
      </w:pPr>
      <w:r>
        <w:rPr>
          <w:b/>
        </w:rPr>
        <w:t>Reflection Question</w:t>
      </w:r>
      <w:r>
        <w:rPr>
          <w:b/>
        </w:rPr>
        <w:br/>
      </w:r>
      <w:r>
        <w:t>What thoughts need to be surrendered?</w:t>
      </w:r>
    </w:p>
    <w:p w14:paraId="241A21AD" w14:textId="77777777" w:rsidR="000C3A91" w:rsidRDefault="00000000">
      <w:pPr>
        <w:spacing w:after="40" w:line="240" w:lineRule="auto"/>
      </w:pPr>
      <w:r>
        <w:rPr>
          <w:b/>
        </w:rPr>
        <w:t>Today's Declaration</w:t>
      </w:r>
      <w:r>
        <w:rPr>
          <w:b/>
        </w:rPr>
        <w:br/>
      </w:r>
      <w:r>
        <w:t>I will return my mind to God.</w:t>
      </w:r>
    </w:p>
    <w:p w14:paraId="198AA412" w14:textId="77777777" w:rsidR="000C3A91" w:rsidRDefault="00000000">
      <w:r>
        <w:br w:type="page"/>
      </w:r>
    </w:p>
    <w:p w14:paraId="76C4FF2F" w14:textId="77777777" w:rsidR="000C3A91" w:rsidRDefault="00000000">
      <w:pPr>
        <w:pStyle w:val="DayTitle"/>
        <w:spacing w:before="100" w:after="40"/>
      </w:pPr>
      <w:r>
        <w:lastRenderedPageBreak/>
        <w:t>DAY 7: PRAY WITH EXPECTATION</w:t>
      </w:r>
    </w:p>
    <w:p w14:paraId="7E7E9433" w14:textId="77777777" w:rsidR="000C3A91" w:rsidRDefault="00000000">
      <w:pPr>
        <w:spacing w:after="40" w:line="240" w:lineRule="auto"/>
      </w:pPr>
      <w:r>
        <w:rPr>
          <w:b/>
        </w:rPr>
        <w:t>Heart Principle</w:t>
      </w:r>
      <w:r>
        <w:rPr>
          <w:b/>
        </w:rPr>
        <w:br/>
      </w:r>
      <w:r>
        <w:t>Prayer is a response of faith.</w:t>
      </w:r>
    </w:p>
    <w:p w14:paraId="5908588B" w14:textId="77777777" w:rsidR="000C3A91" w:rsidRDefault="00000000">
      <w:pPr>
        <w:spacing w:after="40" w:line="240" w:lineRule="auto"/>
      </w:pPr>
      <w:r>
        <w:rPr>
          <w:b/>
        </w:rPr>
        <w:t>Scripture</w:t>
      </w:r>
      <w:r>
        <w:rPr>
          <w:b/>
        </w:rPr>
        <w:br/>
      </w:r>
      <w:r>
        <w:t>Jeremiah 33:3</w:t>
      </w:r>
    </w:p>
    <w:p w14:paraId="3039BB9E" w14:textId="77777777" w:rsidR="000C3A91" w:rsidRDefault="00000000">
      <w:pPr>
        <w:spacing w:after="40" w:line="240" w:lineRule="auto"/>
      </w:pPr>
      <w:r>
        <w:rPr>
          <w:b/>
        </w:rPr>
        <w:t>Opening Reflection</w:t>
      </w:r>
      <w:r>
        <w:rPr>
          <w:b/>
        </w:rPr>
        <w:br/>
      </w:r>
      <w:r>
        <w:t>We may try every solution before bringing our concerns to God. Prayer is not our last resort; it is an invitation to relationship.</w:t>
      </w:r>
    </w:p>
    <w:p w14:paraId="31DF5E30" w14:textId="77777777" w:rsidR="000C3A91" w:rsidRDefault="00000000">
      <w:pPr>
        <w:spacing w:after="40" w:line="240" w:lineRule="auto"/>
      </w:pPr>
      <w:r>
        <w:rPr>
          <w:b/>
        </w:rPr>
        <w:t>Biblical Insight</w:t>
      </w:r>
      <w:r>
        <w:rPr>
          <w:b/>
        </w:rPr>
        <w:br/>
      </w:r>
      <w:r>
        <w:t>God called Jeremiah to seek Him in prayer.</w:t>
      </w:r>
    </w:p>
    <w:p w14:paraId="612D1D58" w14:textId="77777777" w:rsidR="000C3A91" w:rsidRDefault="00000000">
      <w:pPr>
        <w:spacing w:after="40" w:line="240" w:lineRule="auto"/>
      </w:pPr>
      <w:r>
        <w:rPr>
          <w:b/>
        </w:rPr>
        <w:t>Bridge to Daily Life</w:t>
      </w:r>
      <w:r>
        <w:rPr>
          <w:b/>
        </w:rPr>
        <w:br/>
      </w:r>
      <w:r>
        <w:t>Bring one specific concern to God today.</w:t>
      </w:r>
    </w:p>
    <w:p w14:paraId="1ACBA4DE" w14:textId="77777777" w:rsidR="000C3A91" w:rsidRDefault="00000000">
      <w:pPr>
        <w:spacing w:after="40" w:line="240" w:lineRule="auto"/>
      </w:pPr>
      <w:r>
        <w:rPr>
          <w:b/>
        </w:rPr>
        <w:t>Hope Principle</w:t>
      </w:r>
      <w:r>
        <w:rPr>
          <w:b/>
        </w:rPr>
        <w:br/>
      </w:r>
      <w:r>
        <w:t>God invites us to call upon Him.</w:t>
      </w:r>
    </w:p>
    <w:p w14:paraId="1180A1B5" w14:textId="77777777" w:rsidR="000C3A91" w:rsidRDefault="00000000">
      <w:pPr>
        <w:spacing w:after="40" w:line="240" w:lineRule="auto"/>
      </w:pPr>
      <w:r>
        <w:rPr>
          <w:b/>
        </w:rPr>
        <w:t>Daily Prayer Focus</w:t>
      </w:r>
      <w:r>
        <w:rPr>
          <w:b/>
        </w:rPr>
        <w:br/>
      </w:r>
      <w:r>
        <w:t>Father, teach me to pray with openness and trust. Amen.</w:t>
      </w:r>
    </w:p>
    <w:p w14:paraId="0EC8540E" w14:textId="77777777" w:rsidR="000C3A91" w:rsidRDefault="00000000">
      <w:pPr>
        <w:spacing w:after="40" w:line="240" w:lineRule="auto"/>
      </w:pPr>
      <w:r>
        <w:rPr>
          <w:b/>
        </w:rPr>
        <w:t>Reflection Question</w:t>
      </w:r>
      <w:r>
        <w:rPr>
          <w:b/>
        </w:rPr>
        <w:br/>
      </w:r>
      <w:r>
        <w:t>What have I tried to handle without prayer?</w:t>
      </w:r>
    </w:p>
    <w:p w14:paraId="364D5283" w14:textId="77777777" w:rsidR="000C3A91" w:rsidRDefault="00000000">
      <w:pPr>
        <w:spacing w:after="40" w:line="240" w:lineRule="auto"/>
      </w:pPr>
      <w:r>
        <w:rPr>
          <w:b/>
        </w:rPr>
        <w:t>Today's Declaration</w:t>
      </w:r>
      <w:r>
        <w:rPr>
          <w:b/>
        </w:rPr>
        <w:br/>
      </w:r>
      <w:r>
        <w:t>I will seek God first.</w:t>
      </w:r>
    </w:p>
    <w:p w14:paraId="4F63329F" w14:textId="77777777" w:rsidR="000C3A91" w:rsidRDefault="00000000">
      <w:r>
        <w:br w:type="page"/>
      </w:r>
    </w:p>
    <w:p w14:paraId="7BBF6EBD" w14:textId="61C6BAAB" w:rsidR="00456EE0" w:rsidRDefault="00456EE0" w:rsidP="00456EE0">
      <w:r>
        <w:rPr>
          <w:noProof/>
        </w:rPr>
        <w:lastRenderedPageBreak/>
        <w:drawing>
          <wp:anchor distT="0" distB="0" distL="114300" distR="114300" simplePos="0" relativeHeight="251657216" behindDoc="0" locked="0" layoutInCell="1" allowOverlap="1" wp14:anchorId="56064AF9" wp14:editId="3F1D4AAE">
            <wp:simplePos x="0" y="0"/>
            <wp:positionH relativeFrom="column">
              <wp:posOffset>-491490</wp:posOffset>
            </wp:positionH>
            <wp:positionV relativeFrom="paragraph">
              <wp:posOffset>-582930</wp:posOffset>
            </wp:positionV>
            <wp:extent cx="4905375" cy="6696075"/>
            <wp:effectExtent l="0" t="0" r="9525" b="9525"/>
            <wp:wrapSquare wrapText="bothSides"/>
            <wp:docPr id="6778641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64130" name="Picture 677864130"/>
                    <pic:cNvPicPr/>
                  </pic:nvPicPr>
                  <pic:blipFill>
                    <a:blip r:embed="rId11"/>
                    <a:stretch>
                      <a:fillRect/>
                    </a:stretch>
                  </pic:blipFill>
                  <pic:spPr>
                    <a:xfrm>
                      <a:off x="0" y="0"/>
                      <a:ext cx="4905375" cy="6696075"/>
                    </a:xfrm>
                    <a:prstGeom prst="rect">
                      <a:avLst/>
                    </a:prstGeom>
                  </pic:spPr>
                </pic:pic>
              </a:graphicData>
            </a:graphic>
            <wp14:sizeRelH relativeFrom="margin">
              <wp14:pctWidth>0</wp14:pctWidth>
            </wp14:sizeRelH>
            <wp14:sizeRelV relativeFrom="margin">
              <wp14:pctHeight>0</wp14:pctHeight>
            </wp14:sizeRelV>
          </wp:anchor>
        </w:drawing>
      </w:r>
    </w:p>
    <w:p w14:paraId="3036EF5A" w14:textId="794C35F8" w:rsidR="000C3A91" w:rsidRDefault="00000000">
      <w:pPr>
        <w:pStyle w:val="DayTitle"/>
        <w:spacing w:before="100" w:after="40"/>
      </w:pPr>
      <w:r>
        <w:lastRenderedPageBreak/>
        <w:t>DAY 8: SAY YES TO GOD</w:t>
      </w:r>
    </w:p>
    <w:p w14:paraId="4689100F" w14:textId="77777777" w:rsidR="000C3A91" w:rsidRDefault="00000000">
      <w:pPr>
        <w:spacing w:after="40" w:line="240" w:lineRule="auto"/>
      </w:pPr>
      <w:r>
        <w:rPr>
          <w:b/>
        </w:rPr>
        <w:t>Heart Principle</w:t>
      </w:r>
      <w:r>
        <w:rPr>
          <w:b/>
        </w:rPr>
        <w:br/>
      </w:r>
      <w:r>
        <w:t>Obedience begins with willingness.</w:t>
      </w:r>
    </w:p>
    <w:p w14:paraId="1339EA6A" w14:textId="77777777" w:rsidR="000C3A91" w:rsidRDefault="00000000">
      <w:pPr>
        <w:spacing w:after="40" w:line="240" w:lineRule="auto"/>
      </w:pPr>
      <w:r>
        <w:rPr>
          <w:b/>
        </w:rPr>
        <w:t>Scripture</w:t>
      </w:r>
      <w:r>
        <w:rPr>
          <w:b/>
        </w:rPr>
        <w:br/>
      </w:r>
      <w:r>
        <w:t>Luke 1:38</w:t>
      </w:r>
    </w:p>
    <w:p w14:paraId="2FE2AB9E" w14:textId="77777777" w:rsidR="000C3A91" w:rsidRDefault="00000000">
      <w:pPr>
        <w:spacing w:after="40" w:line="240" w:lineRule="auto"/>
      </w:pPr>
      <w:r>
        <w:rPr>
          <w:b/>
        </w:rPr>
        <w:t>Opening Reflection</w:t>
      </w:r>
      <w:r>
        <w:rPr>
          <w:b/>
        </w:rPr>
        <w:br/>
      </w:r>
      <w:r>
        <w:t>A calling may interrupt the plans we carefully made. Like Mary, we can respond with humility even before we understand everything.</w:t>
      </w:r>
    </w:p>
    <w:p w14:paraId="25DE8E56" w14:textId="77777777" w:rsidR="000C3A91" w:rsidRDefault="00000000">
      <w:pPr>
        <w:spacing w:after="40" w:line="240" w:lineRule="auto"/>
      </w:pPr>
      <w:r>
        <w:rPr>
          <w:b/>
        </w:rPr>
        <w:t>Biblical Insight</w:t>
      </w:r>
      <w:r>
        <w:rPr>
          <w:b/>
        </w:rPr>
        <w:br/>
      </w:r>
      <w:r>
        <w:t>Mary received God’s message with willing faith.</w:t>
      </w:r>
    </w:p>
    <w:p w14:paraId="66074D16" w14:textId="77777777" w:rsidR="000C3A91" w:rsidRDefault="00000000">
      <w:pPr>
        <w:spacing w:after="40" w:line="240" w:lineRule="auto"/>
      </w:pPr>
      <w:r>
        <w:rPr>
          <w:b/>
        </w:rPr>
        <w:t>Bridge to Daily Life</w:t>
      </w:r>
      <w:r>
        <w:rPr>
          <w:b/>
        </w:rPr>
        <w:br/>
      </w:r>
      <w:r>
        <w:t>Ask God where you need a willing heart.</w:t>
      </w:r>
    </w:p>
    <w:p w14:paraId="412528A6" w14:textId="77777777" w:rsidR="000C3A91" w:rsidRDefault="00000000">
      <w:pPr>
        <w:spacing w:after="40" w:line="240" w:lineRule="auto"/>
      </w:pPr>
      <w:r>
        <w:rPr>
          <w:b/>
        </w:rPr>
        <w:t>Hope Principle</w:t>
      </w:r>
      <w:r>
        <w:rPr>
          <w:b/>
        </w:rPr>
        <w:br/>
      </w:r>
      <w:r>
        <w:t>God can work through humble obedience.</w:t>
      </w:r>
    </w:p>
    <w:p w14:paraId="4995321C" w14:textId="77777777" w:rsidR="000C3A91" w:rsidRDefault="00000000">
      <w:pPr>
        <w:spacing w:after="40" w:line="240" w:lineRule="auto"/>
      </w:pPr>
      <w:r>
        <w:rPr>
          <w:b/>
        </w:rPr>
        <w:t>Daily Prayer Focus</w:t>
      </w:r>
      <w:r>
        <w:rPr>
          <w:b/>
        </w:rPr>
        <w:br/>
      </w:r>
      <w:r>
        <w:t>Lord, make me willing to follow Your leading. Amen.</w:t>
      </w:r>
    </w:p>
    <w:p w14:paraId="7BB032C9" w14:textId="77777777" w:rsidR="000C3A91" w:rsidRDefault="00000000">
      <w:pPr>
        <w:spacing w:after="40" w:line="240" w:lineRule="auto"/>
      </w:pPr>
      <w:r>
        <w:rPr>
          <w:b/>
        </w:rPr>
        <w:t>Reflection Question</w:t>
      </w:r>
      <w:r>
        <w:rPr>
          <w:b/>
        </w:rPr>
        <w:br/>
      </w:r>
      <w:r>
        <w:t>Where am I resisting a needed yes?</w:t>
      </w:r>
    </w:p>
    <w:p w14:paraId="31994853" w14:textId="77777777" w:rsidR="000C3A91" w:rsidRDefault="00000000">
      <w:pPr>
        <w:spacing w:after="40" w:line="240" w:lineRule="auto"/>
      </w:pPr>
      <w:r>
        <w:rPr>
          <w:b/>
        </w:rPr>
        <w:t>Today's Declaration</w:t>
      </w:r>
      <w:r>
        <w:rPr>
          <w:b/>
        </w:rPr>
        <w:br/>
      </w:r>
      <w:r>
        <w:t>My answer to God will be yes.</w:t>
      </w:r>
    </w:p>
    <w:p w14:paraId="062CBEF3" w14:textId="77777777" w:rsidR="00456EE0" w:rsidRDefault="00456EE0" w:rsidP="00456EE0"/>
    <w:p w14:paraId="057B08D0" w14:textId="537337B3" w:rsidR="000C3A91" w:rsidRPr="00456EE0" w:rsidRDefault="00000000" w:rsidP="00456EE0">
      <w:pPr>
        <w:rPr>
          <w:b/>
          <w:bCs/>
          <w:sz w:val="28"/>
          <w:szCs w:val="28"/>
        </w:rPr>
      </w:pPr>
      <w:r w:rsidRPr="00456EE0">
        <w:rPr>
          <w:b/>
          <w:bCs/>
          <w:sz w:val="28"/>
          <w:szCs w:val="28"/>
        </w:rPr>
        <w:t>DAY 9: DO WHAT IS RIGHT</w:t>
      </w:r>
    </w:p>
    <w:p w14:paraId="5C0DD92B" w14:textId="77777777" w:rsidR="000C3A91" w:rsidRDefault="00000000">
      <w:pPr>
        <w:spacing w:after="40" w:line="240" w:lineRule="auto"/>
      </w:pPr>
      <w:r>
        <w:rPr>
          <w:b/>
        </w:rPr>
        <w:t>Heart Principle</w:t>
      </w:r>
      <w:r>
        <w:rPr>
          <w:b/>
        </w:rPr>
        <w:br/>
      </w:r>
      <w:r>
        <w:t>Integrity matters when no one sees.</w:t>
      </w:r>
    </w:p>
    <w:p w14:paraId="1A513D03" w14:textId="77777777" w:rsidR="000C3A91" w:rsidRDefault="00000000">
      <w:pPr>
        <w:spacing w:after="40" w:line="240" w:lineRule="auto"/>
      </w:pPr>
      <w:r>
        <w:rPr>
          <w:b/>
        </w:rPr>
        <w:t>Scripture</w:t>
      </w:r>
      <w:r>
        <w:rPr>
          <w:b/>
        </w:rPr>
        <w:br/>
      </w:r>
      <w:r>
        <w:t>Micah 6:8</w:t>
      </w:r>
    </w:p>
    <w:p w14:paraId="399E4F44" w14:textId="77777777" w:rsidR="000C3A91" w:rsidRDefault="00000000">
      <w:pPr>
        <w:spacing w:after="40" w:line="240" w:lineRule="auto"/>
      </w:pPr>
      <w:r>
        <w:rPr>
          <w:b/>
        </w:rPr>
        <w:t>Opening Reflection</w:t>
      </w:r>
      <w:r>
        <w:rPr>
          <w:b/>
        </w:rPr>
        <w:br/>
      </w:r>
      <w:r>
        <w:t>Character is built in private decisions as much as public ones. Justice, mercy, and humility are everyday practices.</w:t>
      </w:r>
    </w:p>
    <w:p w14:paraId="0953BFDE" w14:textId="77777777" w:rsidR="000C3A91" w:rsidRDefault="00000000">
      <w:pPr>
        <w:spacing w:after="40" w:line="240" w:lineRule="auto"/>
      </w:pPr>
      <w:r>
        <w:rPr>
          <w:b/>
        </w:rPr>
        <w:t>Biblical Insight</w:t>
      </w:r>
      <w:r>
        <w:rPr>
          <w:b/>
        </w:rPr>
        <w:br/>
      </w:r>
      <w:r>
        <w:t>Micah calls God’s people to justice, mercy, and humble walking.</w:t>
      </w:r>
    </w:p>
    <w:p w14:paraId="6CF46B28" w14:textId="77777777" w:rsidR="000C3A91" w:rsidRDefault="00000000">
      <w:pPr>
        <w:spacing w:after="40" w:line="240" w:lineRule="auto"/>
      </w:pPr>
      <w:r>
        <w:rPr>
          <w:b/>
        </w:rPr>
        <w:t>Bridge to Daily Life</w:t>
      </w:r>
      <w:r>
        <w:rPr>
          <w:b/>
        </w:rPr>
        <w:br/>
      </w:r>
      <w:r>
        <w:t>Make one fair and honest choice even if unnoticed.</w:t>
      </w:r>
    </w:p>
    <w:p w14:paraId="77BFD09E" w14:textId="77777777" w:rsidR="000C3A91" w:rsidRDefault="00000000">
      <w:pPr>
        <w:spacing w:after="40" w:line="240" w:lineRule="auto"/>
      </w:pPr>
      <w:r>
        <w:rPr>
          <w:b/>
        </w:rPr>
        <w:lastRenderedPageBreak/>
        <w:t>Hope Principle</w:t>
      </w:r>
      <w:r>
        <w:rPr>
          <w:b/>
        </w:rPr>
        <w:br/>
      </w:r>
      <w:r>
        <w:t>Faithfulness is never wasted.</w:t>
      </w:r>
    </w:p>
    <w:p w14:paraId="14B33D9B" w14:textId="77777777" w:rsidR="000C3A91" w:rsidRDefault="00000000">
      <w:pPr>
        <w:spacing w:after="40" w:line="240" w:lineRule="auto"/>
      </w:pPr>
      <w:r>
        <w:rPr>
          <w:b/>
        </w:rPr>
        <w:t>Daily Prayer Focus</w:t>
      </w:r>
      <w:r>
        <w:rPr>
          <w:b/>
        </w:rPr>
        <w:br/>
      </w:r>
      <w:r>
        <w:t>Father, shape my choices with integrity. Amen.</w:t>
      </w:r>
    </w:p>
    <w:p w14:paraId="3B4F0EB1" w14:textId="77777777" w:rsidR="000C3A91" w:rsidRDefault="00000000">
      <w:pPr>
        <w:spacing w:after="40" w:line="240" w:lineRule="auto"/>
      </w:pPr>
      <w:r>
        <w:rPr>
          <w:b/>
        </w:rPr>
        <w:t>Reflection Question</w:t>
      </w:r>
      <w:r>
        <w:rPr>
          <w:b/>
        </w:rPr>
        <w:br/>
      </w:r>
      <w:r>
        <w:t>What would integrity require today?</w:t>
      </w:r>
    </w:p>
    <w:p w14:paraId="62F37CA8" w14:textId="77777777" w:rsidR="000C3A91" w:rsidRDefault="00000000">
      <w:pPr>
        <w:spacing w:after="40" w:line="240" w:lineRule="auto"/>
      </w:pPr>
      <w:r>
        <w:rPr>
          <w:b/>
        </w:rPr>
        <w:t>Today's Declaration</w:t>
      </w:r>
      <w:r>
        <w:rPr>
          <w:b/>
        </w:rPr>
        <w:br/>
      </w:r>
      <w:r>
        <w:t>I will choose what is right.</w:t>
      </w:r>
    </w:p>
    <w:p w14:paraId="32022980" w14:textId="77777777" w:rsidR="000C3A91" w:rsidRDefault="000C3A91">
      <w:pPr>
        <w:pBdr>
          <w:bottom w:val="single" w:sz="8" w:space="1" w:color="B28A45"/>
        </w:pBdr>
        <w:spacing w:before="40" w:after="100"/>
      </w:pPr>
    </w:p>
    <w:p w14:paraId="17FEDFA1" w14:textId="77777777" w:rsidR="000C3A91" w:rsidRDefault="00000000">
      <w:pPr>
        <w:pStyle w:val="DayTitle"/>
        <w:spacing w:before="100" w:after="40"/>
      </w:pPr>
      <w:r>
        <w:t>DAY 10: FOLLOW WITH HUMILITY</w:t>
      </w:r>
    </w:p>
    <w:p w14:paraId="27D5EBF2" w14:textId="77777777" w:rsidR="000C3A91" w:rsidRDefault="00000000">
      <w:pPr>
        <w:spacing w:after="40" w:line="240" w:lineRule="auto"/>
      </w:pPr>
      <w:r>
        <w:rPr>
          <w:b/>
        </w:rPr>
        <w:t>Heart Principle</w:t>
      </w:r>
      <w:r>
        <w:rPr>
          <w:b/>
        </w:rPr>
        <w:br/>
      </w:r>
      <w:r>
        <w:t>We can learn while we lead.</w:t>
      </w:r>
    </w:p>
    <w:p w14:paraId="54C96F31" w14:textId="77777777" w:rsidR="000C3A91" w:rsidRDefault="00000000">
      <w:pPr>
        <w:spacing w:after="40" w:line="240" w:lineRule="auto"/>
      </w:pPr>
      <w:r>
        <w:rPr>
          <w:b/>
        </w:rPr>
        <w:t>Scripture</w:t>
      </w:r>
      <w:r>
        <w:rPr>
          <w:b/>
        </w:rPr>
        <w:br/>
      </w:r>
      <w:r>
        <w:t>Philippians 2:3</w:t>
      </w:r>
    </w:p>
    <w:p w14:paraId="4EBB8131" w14:textId="77777777" w:rsidR="000C3A91" w:rsidRDefault="00000000">
      <w:pPr>
        <w:spacing w:after="40" w:line="240" w:lineRule="auto"/>
      </w:pPr>
      <w:r>
        <w:rPr>
          <w:b/>
        </w:rPr>
        <w:t>Opening Reflection</w:t>
      </w:r>
      <w:r>
        <w:rPr>
          <w:b/>
        </w:rPr>
        <w:br/>
      </w:r>
      <w:r>
        <w:t>Pride makes correction feel like defeat. Humility allows us to learn, apologize, and honor the contributions of others.</w:t>
      </w:r>
    </w:p>
    <w:p w14:paraId="0A581F34" w14:textId="77777777" w:rsidR="000C3A91" w:rsidRDefault="00000000">
      <w:pPr>
        <w:spacing w:after="40" w:line="240" w:lineRule="auto"/>
      </w:pPr>
      <w:r>
        <w:rPr>
          <w:b/>
        </w:rPr>
        <w:t>Biblical Insight</w:t>
      </w:r>
      <w:r>
        <w:rPr>
          <w:b/>
        </w:rPr>
        <w:br/>
      </w:r>
      <w:r>
        <w:t>Paul urged believers to value others above selfish ambition.</w:t>
      </w:r>
    </w:p>
    <w:p w14:paraId="71B1BEAB" w14:textId="77777777" w:rsidR="000C3A91" w:rsidRDefault="00000000">
      <w:pPr>
        <w:spacing w:after="40" w:line="240" w:lineRule="auto"/>
      </w:pPr>
      <w:r>
        <w:rPr>
          <w:b/>
        </w:rPr>
        <w:t>Bridge to Daily Life</w:t>
      </w:r>
      <w:r>
        <w:rPr>
          <w:b/>
        </w:rPr>
        <w:br/>
      </w:r>
      <w:r>
        <w:t>Invite feedback without becoming defensive.</w:t>
      </w:r>
    </w:p>
    <w:p w14:paraId="4AEC897A" w14:textId="77777777" w:rsidR="000C3A91" w:rsidRDefault="00000000">
      <w:pPr>
        <w:spacing w:after="40" w:line="240" w:lineRule="auto"/>
      </w:pPr>
      <w:r>
        <w:rPr>
          <w:b/>
        </w:rPr>
        <w:t>Hope Principle</w:t>
      </w:r>
      <w:r>
        <w:rPr>
          <w:b/>
        </w:rPr>
        <w:br/>
      </w:r>
      <w:r>
        <w:t>God gives grace for growth.</w:t>
      </w:r>
    </w:p>
    <w:p w14:paraId="6F62E1C3" w14:textId="77777777" w:rsidR="000C3A91" w:rsidRDefault="00000000">
      <w:pPr>
        <w:spacing w:after="40" w:line="240" w:lineRule="auto"/>
      </w:pPr>
      <w:r>
        <w:rPr>
          <w:b/>
        </w:rPr>
        <w:t>Daily Prayer Focus</w:t>
      </w:r>
      <w:r>
        <w:rPr>
          <w:b/>
        </w:rPr>
        <w:br/>
      </w:r>
      <w:r>
        <w:t>Lord, keep my heart teachable. Amen.</w:t>
      </w:r>
    </w:p>
    <w:p w14:paraId="3F7BEAE1" w14:textId="77777777" w:rsidR="000C3A91" w:rsidRDefault="00000000">
      <w:pPr>
        <w:spacing w:after="40" w:line="240" w:lineRule="auto"/>
      </w:pPr>
      <w:r>
        <w:rPr>
          <w:b/>
        </w:rPr>
        <w:t>Reflection Question</w:t>
      </w:r>
      <w:r>
        <w:rPr>
          <w:b/>
        </w:rPr>
        <w:br/>
      </w:r>
      <w:r>
        <w:t>Where do I need greater humility?</w:t>
      </w:r>
    </w:p>
    <w:p w14:paraId="0FEE8917" w14:textId="77777777" w:rsidR="000C3A91" w:rsidRDefault="00000000">
      <w:pPr>
        <w:spacing w:after="40" w:line="240" w:lineRule="auto"/>
      </w:pPr>
      <w:r>
        <w:rPr>
          <w:b/>
        </w:rPr>
        <w:t>Today's Declaration</w:t>
      </w:r>
      <w:r>
        <w:rPr>
          <w:b/>
        </w:rPr>
        <w:br/>
      </w:r>
      <w:r>
        <w:t>I will lead with a teachable spirit.</w:t>
      </w:r>
    </w:p>
    <w:p w14:paraId="4D0DF88B" w14:textId="77777777" w:rsidR="000C3A91" w:rsidRDefault="00000000">
      <w:r>
        <w:br w:type="page"/>
      </w:r>
    </w:p>
    <w:p w14:paraId="2C04C763" w14:textId="77777777" w:rsidR="000C3A91" w:rsidRDefault="00000000">
      <w:pPr>
        <w:pStyle w:val="DayTitle"/>
        <w:spacing w:before="100" w:after="40"/>
      </w:pPr>
      <w:r>
        <w:lastRenderedPageBreak/>
        <w:t>DAY 11: USE WHAT YOU HAVE</w:t>
      </w:r>
    </w:p>
    <w:p w14:paraId="4E61E11A" w14:textId="77777777" w:rsidR="000C3A91" w:rsidRDefault="00000000">
      <w:pPr>
        <w:spacing w:after="40" w:line="240" w:lineRule="auto"/>
      </w:pPr>
      <w:r>
        <w:rPr>
          <w:b/>
        </w:rPr>
        <w:t>Heart Principle</w:t>
      </w:r>
      <w:r>
        <w:rPr>
          <w:b/>
        </w:rPr>
        <w:br/>
      </w:r>
      <w:r>
        <w:t>Faithfulness starts with what is in our hands.</w:t>
      </w:r>
    </w:p>
    <w:p w14:paraId="1C058EDE" w14:textId="77777777" w:rsidR="000C3A91" w:rsidRDefault="00000000">
      <w:pPr>
        <w:spacing w:after="40" w:line="240" w:lineRule="auto"/>
      </w:pPr>
      <w:r>
        <w:rPr>
          <w:b/>
        </w:rPr>
        <w:t>Scripture</w:t>
      </w:r>
      <w:r>
        <w:rPr>
          <w:b/>
        </w:rPr>
        <w:br/>
      </w:r>
      <w:r>
        <w:t>1 Peter 4:10</w:t>
      </w:r>
    </w:p>
    <w:p w14:paraId="1C46AE1F" w14:textId="77777777" w:rsidR="000C3A91" w:rsidRDefault="00000000">
      <w:pPr>
        <w:spacing w:after="40" w:line="240" w:lineRule="auto"/>
      </w:pPr>
      <w:r>
        <w:rPr>
          <w:b/>
        </w:rPr>
        <w:t>Opening Reflection</w:t>
      </w:r>
      <w:r>
        <w:rPr>
          <w:b/>
        </w:rPr>
        <w:br/>
      </w:r>
      <w:r>
        <w:t>It is tempting to wait for better resources or a larger platform. God calls us to steward the gifts we already possess.</w:t>
      </w:r>
    </w:p>
    <w:p w14:paraId="5E929C13" w14:textId="77777777" w:rsidR="000C3A91" w:rsidRDefault="00000000">
      <w:pPr>
        <w:spacing w:after="40" w:line="240" w:lineRule="auto"/>
      </w:pPr>
      <w:r>
        <w:rPr>
          <w:b/>
        </w:rPr>
        <w:t>Biblical Insight</w:t>
      </w:r>
      <w:r>
        <w:rPr>
          <w:b/>
        </w:rPr>
        <w:br/>
      </w:r>
      <w:r>
        <w:t>Peter teaches believers to serve with their varied gifts.</w:t>
      </w:r>
    </w:p>
    <w:p w14:paraId="397A6350" w14:textId="77777777" w:rsidR="000C3A91" w:rsidRDefault="00000000">
      <w:pPr>
        <w:spacing w:after="40" w:line="240" w:lineRule="auto"/>
      </w:pPr>
      <w:r>
        <w:rPr>
          <w:b/>
        </w:rPr>
        <w:t>Bridge to Daily Life</w:t>
      </w:r>
      <w:r>
        <w:rPr>
          <w:b/>
        </w:rPr>
        <w:br/>
      </w:r>
      <w:r>
        <w:t>Use one ability to help someone today.</w:t>
      </w:r>
    </w:p>
    <w:p w14:paraId="2740C8CF" w14:textId="77777777" w:rsidR="000C3A91" w:rsidRDefault="00000000">
      <w:pPr>
        <w:spacing w:after="40" w:line="240" w:lineRule="auto"/>
      </w:pPr>
      <w:r>
        <w:rPr>
          <w:b/>
        </w:rPr>
        <w:t>Hope Principle</w:t>
      </w:r>
      <w:r>
        <w:rPr>
          <w:b/>
        </w:rPr>
        <w:br/>
      </w:r>
      <w:r>
        <w:t>Every gift can serve a purpose.</w:t>
      </w:r>
    </w:p>
    <w:p w14:paraId="7B647161" w14:textId="77777777" w:rsidR="000C3A91" w:rsidRDefault="00000000">
      <w:pPr>
        <w:spacing w:after="40" w:line="240" w:lineRule="auto"/>
      </w:pPr>
      <w:r>
        <w:rPr>
          <w:b/>
        </w:rPr>
        <w:t>Daily Prayer Focus</w:t>
      </w:r>
      <w:r>
        <w:rPr>
          <w:b/>
        </w:rPr>
        <w:br/>
      </w:r>
      <w:r>
        <w:t>God, help me use what You entrusted to me. Amen.</w:t>
      </w:r>
    </w:p>
    <w:p w14:paraId="575EA1AE" w14:textId="77777777" w:rsidR="000C3A91" w:rsidRDefault="00000000">
      <w:pPr>
        <w:spacing w:after="40" w:line="240" w:lineRule="auto"/>
      </w:pPr>
      <w:r>
        <w:rPr>
          <w:b/>
        </w:rPr>
        <w:t>Reflection Question</w:t>
      </w:r>
      <w:r>
        <w:rPr>
          <w:b/>
        </w:rPr>
        <w:br/>
      </w:r>
      <w:r>
        <w:t>What gift have I been neglecting?</w:t>
      </w:r>
    </w:p>
    <w:p w14:paraId="646D6B66" w14:textId="77777777" w:rsidR="000C3A91" w:rsidRDefault="00000000">
      <w:pPr>
        <w:spacing w:after="40" w:line="240" w:lineRule="auto"/>
      </w:pPr>
      <w:r>
        <w:rPr>
          <w:b/>
        </w:rPr>
        <w:t>Today's Declaration</w:t>
      </w:r>
      <w:r>
        <w:rPr>
          <w:b/>
        </w:rPr>
        <w:br/>
      </w:r>
      <w:r>
        <w:t>I will serve with what I have.</w:t>
      </w:r>
    </w:p>
    <w:p w14:paraId="54BE0411" w14:textId="77777777" w:rsidR="000C3A91" w:rsidRDefault="000C3A91">
      <w:pPr>
        <w:pBdr>
          <w:bottom w:val="single" w:sz="8" w:space="1" w:color="B28A45"/>
        </w:pBdr>
        <w:spacing w:before="40" w:after="100"/>
      </w:pPr>
    </w:p>
    <w:p w14:paraId="18AEDC1E" w14:textId="77777777" w:rsidR="000C3A91" w:rsidRDefault="00000000">
      <w:pPr>
        <w:pStyle w:val="DayTitle"/>
        <w:spacing w:before="100" w:after="40"/>
      </w:pPr>
      <w:r>
        <w:t>DAY 12: SPEAK THE TRUTH IN LOVE</w:t>
      </w:r>
    </w:p>
    <w:p w14:paraId="073F1982" w14:textId="77777777" w:rsidR="000C3A91" w:rsidRDefault="00000000">
      <w:pPr>
        <w:spacing w:after="40" w:line="240" w:lineRule="auto"/>
      </w:pPr>
      <w:r>
        <w:rPr>
          <w:b/>
        </w:rPr>
        <w:t>Heart Principle</w:t>
      </w:r>
      <w:r>
        <w:rPr>
          <w:b/>
        </w:rPr>
        <w:br/>
      </w:r>
      <w:r>
        <w:t>Courage and kindness belong together.</w:t>
      </w:r>
    </w:p>
    <w:p w14:paraId="1AC242F5" w14:textId="77777777" w:rsidR="000C3A91" w:rsidRDefault="00000000">
      <w:pPr>
        <w:spacing w:after="40" w:line="240" w:lineRule="auto"/>
      </w:pPr>
      <w:r>
        <w:rPr>
          <w:b/>
        </w:rPr>
        <w:t>Scripture</w:t>
      </w:r>
      <w:r>
        <w:rPr>
          <w:b/>
        </w:rPr>
        <w:br/>
      </w:r>
      <w:r>
        <w:t>Ephesians 4:15</w:t>
      </w:r>
    </w:p>
    <w:p w14:paraId="298F635B" w14:textId="77777777" w:rsidR="000C3A91" w:rsidRDefault="00000000">
      <w:pPr>
        <w:spacing w:after="40" w:line="240" w:lineRule="auto"/>
      </w:pPr>
      <w:r>
        <w:rPr>
          <w:b/>
        </w:rPr>
        <w:t>Opening Reflection</w:t>
      </w:r>
      <w:r>
        <w:rPr>
          <w:b/>
        </w:rPr>
        <w:br/>
      </w:r>
      <w:r>
        <w:t>Avoiding hard conversations may preserve comfort but not understanding. We can be truthful without being harsh.</w:t>
      </w:r>
    </w:p>
    <w:p w14:paraId="7CE3764B" w14:textId="77777777" w:rsidR="000C3A91" w:rsidRDefault="00000000">
      <w:pPr>
        <w:spacing w:after="40" w:line="240" w:lineRule="auto"/>
      </w:pPr>
      <w:r>
        <w:rPr>
          <w:b/>
        </w:rPr>
        <w:t>Biblical Insight</w:t>
      </w:r>
      <w:r>
        <w:rPr>
          <w:b/>
        </w:rPr>
        <w:br/>
      </w:r>
      <w:r>
        <w:t>Paul connects truthfulness with love and spiritual maturity.</w:t>
      </w:r>
    </w:p>
    <w:p w14:paraId="3D3E0C17" w14:textId="77777777" w:rsidR="000C3A91" w:rsidRDefault="00000000">
      <w:pPr>
        <w:spacing w:after="40" w:line="240" w:lineRule="auto"/>
      </w:pPr>
      <w:r>
        <w:rPr>
          <w:b/>
        </w:rPr>
        <w:t>Bridge to Daily Life</w:t>
      </w:r>
      <w:r>
        <w:rPr>
          <w:b/>
        </w:rPr>
        <w:br/>
      </w:r>
      <w:r>
        <w:t>Have one honest, respectful conversation.</w:t>
      </w:r>
    </w:p>
    <w:p w14:paraId="1062971D" w14:textId="77777777" w:rsidR="000C3A91" w:rsidRDefault="00000000">
      <w:pPr>
        <w:spacing w:after="40" w:line="240" w:lineRule="auto"/>
      </w:pPr>
      <w:r>
        <w:rPr>
          <w:b/>
        </w:rPr>
        <w:lastRenderedPageBreak/>
        <w:t>Hope Principle</w:t>
      </w:r>
      <w:r>
        <w:rPr>
          <w:b/>
        </w:rPr>
        <w:br/>
      </w:r>
      <w:r>
        <w:t>Love can guide difficult words.</w:t>
      </w:r>
    </w:p>
    <w:p w14:paraId="314BF553" w14:textId="77777777" w:rsidR="000C3A91" w:rsidRDefault="00000000">
      <w:pPr>
        <w:spacing w:after="40" w:line="240" w:lineRule="auto"/>
      </w:pPr>
      <w:r>
        <w:rPr>
          <w:b/>
        </w:rPr>
        <w:t>Daily Prayer Focus</w:t>
      </w:r>
      <w:r>
        <w:rPr>
          <w:b/>
        </w:rPr>
        <w:br/>
      </w:r>
      <w:r>
        <w:t>Lord, give me wisdom and gentleness in speech. Amen.</w:t>
      </w:r>
    </w:p>
    <w:p w14:paraId="4A0F370F" w14:textId="77777777" w:rsidR="000C3A91" w:rsidRDefault="00000000">
      <w:pPr>
        <w:spacing w:after="40" w:line="240" w:lineRule="auto"/>
      </w:pPr>
      <w:r>
        <w:rPr>
          <w:b/>
        </w:rPr>
        <w:t>Reflection Question</w:t>
      </w:r>
      <w:r>
        <w:rPr>
          <w:b/>
        </w:rPr>
        <w:br/>
      </w:r>
      <w:r>
        <w:t>What truth needs a loving voice?</w:t>
      </w:r>
    </w:p>
    <w:p w14:paraId="44C02659" w14:textId="77777777" w:rsidR="000C3A91" w:rsidRDefault="00000000">
      <w:pPr>
        <w:spacing w:after="40" w:line="240" w:lineRule="auto"/>
      </w:pPr>
      <w:r>
        <w:rPr>
          <w:b/>
        </w:rPr>
        <w:t>Today's Declaration</w:t>
      </w:r>
      <w:r>
        <w:rPr>
          <w:b/>
        </w:rPr>
        <w:br/>
      </w:r>
      <w:r>
        <w:t>I will speak with truth and grace.</w:t>
      </w:r>
    </w:p>
    <w:p w14:paraId="2DA89066" w14:textId="77777777" w:rsidR="00456EE0" w:rsidRDefault="00456EE0" w:rsidP="00456EE0"/>
    <w:p w14:paraId="051ECCA1" w14:textId="7A230CA2" w:rsidR="000C3A91" w:rsidRPr="00456EE0" w:rsidRDefault="00000000" w:rsidP="00456EE0">
      <w:pPr>
        <w:rPr>
          <w:b/>
          <w:bCs/>
          <w:sz w:val="28"/>
          <w:szCs w:val="28"/>
        </w:rPr>
      </w:pPr>
      <w:r w:rsidRPr="00456EE0">
        <w:rPr>
          <w:b/>
          <w:bCs/>
          <w:sz w:val="28"/>
          <w:szCs w:val="28"/>
        </w:rPr>
        <w:t>DAY 13: BE FAITHFUL IN LITTLE THINGS</w:t>
      </w:r>
    </w:p>
    <w:p w14:paraId="099CF1EA" w14:textId="77777777" w:rsidR="000C3A91" w:rsidRDefault="00000000">
      <w:pPr>
        <w:spacing w:after="40" w:line="240" w:lineRule="auto"/>
      </w:pPr>
      <w:r>
        <w:rPr>
          <w:b/>
        </w:rPr>
        <w:t>Heart Principle</w:t>
      </w:r>
      <w:r>
        <w:rPr>
          <w:b/>
        </w:rPr>
        <w:br/>
      </w:r>
      <w:r>
        <w:t>Consistency prepares us for greater trust.</w:t>
      </w:r>
    </w:p>
    <w:p w14:paraId="64F9650A" w14:textId="77777777" w:rsidR="000C3A91" w:rsidRDefault="00000000">
      <w:pPr>
        <w:spacing w:after="40" w:line="240" w:lineRule="auto"/>
      </w:pPr>
      <w:r>
        <w:rPr>
          <w:b/>
        </w:rPr>
        <w:t>Scripture</w:t>
      </w:r>
      <w:r>
        <w:rPr>
          <w:b/>
        </w:rPr>
        <w:br/>
      </w:r>
      <w:r>
        <w:t>Luke 16:10</w:t>
      </w:r>
    </w:p>
    <w:p w14:paraId="4EA611F7" w14:textId="77777777" w:rsidR="000C3A91" w:rsidRDefault="00000000">
      <w:pPr>
        <w:spacing w:after="40" w:line="240" w:lineRule="auto"/>
      </w:pPr>
      <w:r>
        <w:rPr>
          <w:b/>
        </w:rPr>
        <w:t>Opening Reflection</w:t>
      </w:r>
      <w:r>
        <w:rPr>
          <w:b/>
        </w:rPr>
        <w:br/>
      </w:r>
      <w:r>
        <w:t>Ordinary tasks can feel unimportant. Yet faithfulness is often proven in small responsibilities handled with care.</w:t>
      </w:r>
    </w:p>
    <w:p w14:paraId="540C08B2" w14:textId="77777777" w:rsidR="000C3A91" w:rsidRDefault="00000000">
      <w:pPr>
        <w:spacing w:after="40" w:line="240" w:lineRule="auto"/>
      </w:pPr>
      <w:r>
        <w:rPr>
          <w:b/>
        </w:rPr>
        <w:t>Biblical Insight</w:t>
      </w:r>
      <w:r>
        <w:rPr>
          <w:b/>
        </w:rPr>
        <w:br/>
      </w:r>
      <w:r>
        <w:t>Jesus taught that faithfulness in little matters is meaningful.</w:t>
      </w:r>
    </w:p>
    <w:p w14:paraId="6CB677F1" w14:textId="77777777" w:rsidR="000C3A91" w:rsidRDefault="00000000">
      <w:pPr>
        <w:spacing w:after="40" w:line="240" w:lineRule="auto"/>
      </w:pPr>
      <w:r>
        <w:rPr>
          <w:b/>
        </w:rPr>
        <w:t>Bridge to Daily Life</w:t>
      </w:r>
      <w:r>
        <w:rPr>
          <w:b/>
        </w:rPr>
        <w:br/>
      </w:r>
      <w:r>
        <w:t>Complete one overlooked responsibility well.</w:t>
      </w:r>
    </w:p>
    <w:p w14:paraId="2F244C3E" w14:textId="77777777" w:rsidR="000C3A91" w:rsidRDefault="00000000">
      <w:pPr>
        <w:spacing w:after="40" w:line="240" w:lineRule="auto"/>
      </w:pPr>
      <w:r>
        <w:rPr>
          <w:b/>
        </w:rPr>
        <w:t>Hope Principle</w:t>
      </w:r>
      <w:r>
        <w:rPr>
          <w:b/>
        </w:rPr>
        <w:br/>
      </w:r>
      <w:r>
        <w:t>God sees steady obedience.</w:t>
      </w:r>
    </w:p>
    <w:p w14:paraId="1E8DAB63" w14:textId="77777777" w:rsidR="000C3A91" w:rsidRDefault="00000000">
      <w:pPr>
        <w:spacing w:after="40" w:line="240" w:lineRule="auto"/>
      </w:pPr>
      <w:r>
        <w:rPr>
          <w:b/>
        </w:rPr>
        <w:t>Daily Prayer Focus</w:t>
      </w:r>
      <w:r>
        <w:rPr>
          <w:b/>
        </w:rPr>
        <w:br/>
      </w:r>
      <w:r>
        <w:t>Father, help me honor You in small duties. Amen.</w:t>
      </w:r>
    </w:p>
    <w:p w14:paraId="3BF4A5AB" w14:textId="77777777" w:rsidR="000C3A91" w:rsidRDefault="00000000">
      <w:pPr>
        <w:spacing w:after="40" w:line="240" w:lineRule="auto"/>
      </w:pPr>
      <w:r>
        <w:rPr>
          <w:b/>
        </w:rPr>
        <w:t>Reflection Question</w:t>
      </w:r>
      <w:r>
        <w:rPr>
          <w:b/>
        </w:rPr>
        <w:br/>
      </w:r>
      <w:r>
        <w:t>What small task needs my attention?</w:t>
      </w:r>
    </w:p>
    <w:p w14:paraId="33846D82" w14:textId="77777777" w:rsidR="000C3A91" w:rsidRDefault="00000000">
      <w:pPr>
        <w:spacing w:after="40" w:line="240" w:lineRule="auto"/>
      </w:pPr>
      <w:r>
        <w:rPr>
          <w:b/>
        </w:rPr>
        <w:t>Today's Declaration</w:t>
      </w:r>
      <w:r>
        <w:rPr>
          <w:b/>
        </w:rPr>
        <w:br/>
      </w:r>
      <w:r>
        <w:t>I will be faithful in little things.</w:t>
      </w:r>
    </w:p>
    <w:p w14:paraId="7A69ECA4" w14:textId="77777777" w:rsidR="000C3A91" w:rsidRDefault="000C3A91">
      <w:pPr>
        <w:pBdr>
          <w:bottom w:val="single" w:sz="8" w:space="1" w:color="B28A45"/>
        </w:pBdr>
        <w:spacing w:before="40" w:after="100"/>
      </w:pPr>
    </w:p>
    <w:p w14:paraId="4CA8364E" w14:textId="77777777" w:rsidR="000C3A91" w:rsidRDefault="00000000">
      <w:pPr>
        <w:pStyle w:val="DayTitle"/>
        <w:spacing w:before="100" w:after="40"/>
      </w:pPr>
      <w:r>
        <w:t>DAY 14: LET YOUR LIGHT SHINE</w:t>
      </w:r>
    </w:p>
    <w:p w14:paraId="6C38295F" w14:textId="77777777" w:rsidR="000C3A91" w:rsidRDefault="00000000">
      <w:pPr>
        <w:spacing w:after="40" w:line="240" w:lineRule="auto"/>
      </w:pPr>
      <w:r>
        <w:rPr>
          <w:b/>
        </w:rPr>
        <w:lastRenderedPageBreak/>
        <w:t>Heart Principle</w:t>
      </w:r>
      <w:r>
        <w:rPr>
          <w:b/>
        </w:rPr>
        <w:br/>
      </w:r>
      <w:r>
        <w:t>Our actions can point others to God.</w:t>
      </w:r>
    </w:p>
    <w:p w14:paraId="419815F3" w14:textId="77777777" w:rsidR="000C3A91" w:rsidRDefault="00000000">
      <w:pPr>
        <w:spacing w:after="40" w:line="240" w:lineRule="auto"/>
      </w:pPr>
      <w:r>
        <w:rPr>
          <w:b/>
        </w:rPr>
        <w:t>Scripture</w:t>
      </w:r>
      <w:r>
        <w:rPr>
          <w:b/>
        </w:rPr>
        <w:br/>
      </w:r>
      <w:r>
        <w:t>Matthew 5:16</w:t>
      </w:r>
    </w:p>
    <w:p w14:paraId="028EEF9C" w14:textId="77777777" w:rsidR="000C3A91" w:rsidRDefault="00000000">
      <w:pPr>
        <w:spacing w:after="40" w:line="240" w:lineRule="auto"/>
      </w:pPr>
      <w:r>
        <w:rPr>
          <w:b/>
        </w:rPr>
        <w:t>Opening Reflection</w:t>
      </w:r>
      <w:r>
        <w:rPr>
          <w:b/>
        </w:rPr>
        <w:br/>
      </w:r>
      <w:r>
        <w:t>People notice how we respond to setbacks and how we treat those around us. A life of service can communicate hope without seeking attention.</w:t>
      </w:r>
    </w:p>
    <w:p w14:paraId="408AEF77" w14:textId="77777777" w:rsidR="000C3A91" w:rsidRDefault="00000000">
      <w:pPr>
        <w:spacing w:after="40" w:line="240" w:lineRule="auto"/>
      </w:pPr>
      <w:r>
        <w:rPr>
          <w:b/>
        </w:rPr>
        <w:t>Biblical Insight</w:t>
      </w:r>
      <w:r>
        <w:rPr>
          <w:b/>
        </w:rPr>
        <w:br/>
      </w:r>
      <w:r>
        <w:t>Jesus calls His followers to shine through good works.</w:t>
      </w:r>
    </w:p>
    <w:p w14:paraId="2D118020" w14:textId="77777777" w:rsidR="000C3A91" w:rsidRDefault="00000000">
      <w:pPr>
        <w:spacing w:after="40" w:line="240" w:lineRule="auto"/>
      </w:pPr>
      <w:r>
        <w:rPr>
          <w:b/>
        </w:rPr>
        <w:t>Bridge to Daily Life</w:t>
      </w:r>
      <w:r>
        <w:rPr>
          <w:b/>
        </w:rPr>
        <w:br/>
      </w:r>
      <w:r>
        <w:t>Do one helpful act without expecting praise.</w:t>
      </w:r>
    </w:p>
    <w:p w14:paraId="136D1894" w14:textId="77777777" w:rsidR="000C3A91" w:rsidRDefault="00000000">
      <w:pPr>
        <w:spacing w:after="40" w:line="240" w:lineRule="auto"/>
      </w:pPr>
      <w:r>
        <w:rPr>
          <w:b/>
        </w:rPr>
        <w:t>Hope Principle</w:t>
      </w:r>
      <w:r>
        <w:rPr>
          <w:b/>
        </w:rPr>
        <w:br/>
      </w:r>
      <w:r>
        <w:t>Kindness can reflect God’s love.</w:t>
      </w:r>
    </w:p>
    <w:p w14:paraId="5B54AE25" w14:textId="77777777" w:rsidR="000C3A91" w:rsidRDefault="00000000">
      <w:pPr>
        <w:spacing w:after="40" w:line="240" w:lineRule="auto"/>
      </w:pPr>
      <w:r>
        <w:rPr>
          <w:b/>
        </w:rPr>
        <w:t>Daily Prayer Focus</w:t>
      </w:r>
      <w:r>
        <w:rPr>
          <w:b/>
        </w:rPr>
        <w:br/>
      </w:r>
      <w:r>
        <w:t>Jesus, let my actions honor You. Amen.</w:t>
      </w:r>
    </w:p>
    <w:p w14:paraId="5AA9AD1D" w14:textId="77777777" w:rsidR="000C3A91" w:rsidRDefault="00000000">
      <w:pPr>
        <w:spacing w:after="40" w:line="240" w:lineRule="auto"/>
      </w:pPr>
      <w:r>
        <w:rPr>
          <w:b/>
        </w:rPr>
        <w:t>Reflection Question</w:t>
      </w:r>
      <w:r>
        <w:rPr>
          <w:b/>
        </w:rPr>
        <w:br/>
      </w:r>
      <w:r>
        <w:t>What do my actions communicate?</w:t>
      </w:r>
    </w:p>
    <w:p w14:paraId="3A630C0D" w14:textId="77777777" w:rsidR="000C3A91" w:rsidRDefault="00000000">
      <w:pPr>
        <w:spacing w:after="40" w:line="240" w:lineRule="auto"/>
      </w:pPr>
      <w:r>
        <w:rPr>
          <w:b/>
        </w:rPr>
        <w:t>Today's Declaration</w:t>
      </w:r>
      <w:r>
        <w:rPr>
          <w:b/>
        </w:rPr>
        <w:br/>
      </w:r>
      <w:r>
        <w:t>I will reflect Christ today.</w:t>
      </w:r>
    </w:p>
    <w:p w14:paraId="04D21263" w14:textId="77777777" w:rsidR="000C3A91" w:rsidRDefault="00000000">
      <w:r>
        <w:br w:type="page"/>
      </w:r>
    </w:p>
    <w:p w14:paraId="15D869E0" w14:textId="7D8BB1B0" w:rsidR="000C3A91" w:rsidRDefault="00456EE0" w:rsidP="00456EE0">
      <w:r>
        <w:rPr>
          <w:noProof/>
        </w:rPr>
        <w:lastRenderedPageBreak/>
        <w:drawing>
          <wp:anchor distT="0" distB="0" distL="114300" distR="114300" simplePos="0" relativeHeight="251658240" behindDoc="0" locked="0" layoutInCell="1" allowOverlap="1" wp14:anchorId="5E9CB87F" wp14:editId="0F1D9938">
            <wp:simplePos x="0" y="0"/>
            <wp:positionH relativeFrom="column">
              <wp:posOffset>-481965</wp:posOffset>
            </wp:positionH>
            <wp:positionV relativeFrom="paragraph">
              <wp:posOffset>-563880</wp:posOffset>
            </wp:positionV>
            <wp:extent cx="4895850" cy="6753225"/>
            <wp:effectExtent l="0" t="0" r="0" b="9525"/>
            <wp:wrapSquare wrapText="bothSides"/>
            <wp:docPr id="6742830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283069" name="Picture 674283069"/>
                    <pic:cNvPicPr/>
                  </pic:nvPicPr>
                  <pic:blipFill>
                    <a:blip r:embed="rId12"/>
                    <a:stretch>
                      <a:fillRect/>
                    </a:stretch>
                  </pic:blipFill>
                  <pic:spPr>
                    <a:xfrm>
                      <a:off x="0" y="0"/>
                      <a:ext cx="4895850" cy="6753225"/>
                    </a:xfrm>
                    <a:prstGeom prst="rect">
                      <a:avLst/>
                    </a:prstGeom>
                  </pic:spPr>
                </pic:pic>
              </a:graphicData>
            </a:graphic>
            <wp14:sizeRelH relativeFrom="margin">
              <wp14:pctWidth>0</wp14:pctWidth>
            </wp14:sizeRelH>
            <wp14:sizeRelV relativeFrom="margin">
              <wp14:pctHeight>0</wp14:pctHeight>
            </wp14:sizeRelV>
          </wp:anchor>
        </w:drawing>
      </w:r>
    </w:p>
    <w:p w14:paraId="2A626309" w14:textId="77777777" w:rsidR="000C3A91" w:rsidRDefault="00000000">
      <w:pPr>
        <w:pStyle w:val="DayTitle"/>
        <w:spacing w:before="100" w:after="40"/>
      </w:pPr>
      <w:r>
        <w:lastRenderedPageBreak/>
        <w:t>DAY 15: LOVE WITHOUT KEEPING SCORE</w:t>
      </w:r>
    </w:p>
    <w:p w14:paraId="1B7E0DA3" w14:textId="77777777" w:rsidR="000C3A91" w:rsidRDefault="00000000">
      <w:pPr>
        <w:spacing w:after="40" w:line="240" w:lineRule="auto"/>
      </w:pPr>
      <w:r>
        <w:rPr>
          <w:b/>
        </w:rPr>
        <w:t>Heart Principle</w:t>
      </w:r>
      <w:r>
        <w:rPr>
          <w:b/>
        </w:rPr>
        <w:br/>
      </w:r>
      <w:r>
        <w:t>Love is not a competition.</w:t>
      </w:r>
    </w:p>
    <w:p w14:paraId="4DDDF6FD" w14:textId="77777777" w:rsidR="000C3A91" w:rsidRDefault="00000000">
      <w:pPr>
        <w:spacing w:after="40" w:line="240" w:lineRule="auto"/>
      </w:pPr>
      <w:r>
        <w:rPr>
          <w:b/>
        </w:rPr>
        <w:t>Scripture</w:t>
      </w:r>
      <w:r>
        <w:rPr>
          <w:b/>
        </w:rPr>
        <w:br/>
      </w:r>
      <w:r>
        <w:t>1 Corinthians 13:5</w:t>
      </w:r>
    </w:p>
    <w:p w14:paraId="57591A68" w14:textId="77777777" w:rsidR="000C3A91" w:rsidRDefault="00000000">
      <w:pPr>
        <w:spacing w:after="40" w:line="240" w:lineRule="auto"/>
      </w:pPr>
      <w:r>
        <w:rPr>
          <w:b/>
        </w:rPr>
        <w:t>Opening Reflection</w:t>
      </w:r>
      <w:r>
        <w:rPr>
          <w:b/>
        </w:rPr>
        <w:br/>
      </w:r>
      <w:r>
        <w:t>Relationships suffer when every gesture becomes a tally. Christlike love looks for opportunities to care rather than reasons to withdraw.</w:t>
      </w:r>
    </w:p>
    <w:p w14:paraId="1056E119" w14:textId="77777777" w:rsidR="000C3A91" w:rsidRDefault="00000000">
      <w:pPr>
        <w:spacing w:after="40" w:line="240" w:lineRule="auto"/>
      </w:pPr>
      <w:r>
        <w:rPr>
          <w:b/>
        </w:rPr>
        <w:t>Biblical Insight</w:t>
      </w:r>
      <w:r>
        <w:rPr>
          <w:b/>
        </w:rPr>
        <w:br/>
      </w:r>
      <w:r>
        <w:t>Paul describes love as refusing to keep a record of wrongs.</w:t>
      </w:r>
    </w:p>
    <w:p w14:paraId="70064356" w14:textId="77777777" w:rsidR="000C3A91" w:rsidRDefault="00000000">
      <w:pPr>
        <w:spacing w:after="40" w:line="240" w:lineRule="auto"/>
      </w:pPr>
      <w:r>
        <w:rPr>
          <w:b/>
        </w:rPr>
        <w:t>Bridge to Daily Life</w:t>
      </w:r>
      <w:r>
        <w:rPr>
          <w:b/>
        </w:rPr>
        <w:br/>
      </w:r>
      <w:r>
        <w:t>Offer kindness without demanding an immediate return.</w:t>
      </w:r>
    </w:p>
    <w:p w14:paraId="3B52307B" w14:textId="77777777" w:rsidR="000C3A91" w:rsidRDefault="00000000">
      <w:pPr>
        <w:spacing w:after="40" w:line="240" w:lineRule="auto"/>
      </w:pPr>
      <w:r>
        <w:rPr>
          <w:b/>
        </w:rPr>
        <w:t>Hope Principle</w:t>
      </w:r>
      <w:r>
        <w:rPr>
          <w:b/>
        </w:rPr>
        <w:br/>
      </w:r>
      <w:r>
        <w:t>Love can break cycles of resentment.</w:t>
      </w:r>
    </w:p>
    <w:p w14:paraId="5B1AAA6F" w14:textId="77777777" w:rsidR="000C3A91" w:rsidRDefault="00000000">
      <w:pPr>
        <w:spacing w:after="40" w:line="240" w:lineRule="auto"/>
      </w:pPr>
      <w:r>
        <w:rPr>
          <w:b/>
        </w:rPr>
        <w:t>Daily Prayer Focus</w:t>
      </w:r>
      <w:r>
        <w:rPr>
          <w:b/>
        </w:rPr>
        <w:br/>
      </w:r>
      <w:r>
        <w:t>Lord, teach me generous love. Amen.</w:t>
      </w:r>
    </w:p>
    <w:p w14:paraId="290956AB" w14:textId="77777777" w:rsidR="000C3A91" w:rsidRDefault="00000000">
      <w:pPr>
        <w:spacing w:after="40" w:line="240" w:lineRule="auto"/>
      </w:pPr>
      <w:r>
        <w:rPr>
          <w:b/>
        </w:rPr>
        <w:t>Reflection Question</w:t>
      </w:r>
      <w:r>
        <w:rPr>
          <w:b/>
        </w:rPr>
        <w:br/>
      </w:r>
      <w:r>
        <w:t>Where have I been keeping score?</w:t>
      </w:r>
    </w:p>
    <w:p w14:paraId="664E98A3" w14:textId="77777777" w:rsidR="000C3A91" w:rsidRDefault="00000000">
      <w:pPr>
        <w:spacing w:after="40" w:line="240" w:lineRule="auto"/>
      </w:pPr>
      <w:r>
        <w:rPr>
          <w:b/>
        </w:rPr>
        <w:t>Today's Declaration</w:t>
      </w:r>
      <w:r>
        <w:rPr>
          <w:b/>
        </w:rPr>
        <w:br/>
      </w:r>
      <w:r>
        <w:t>I will love without keeping score.</w:t>
      </w:r>
    </w:p>
    <w:p w14:paraId="7042A018" w14:textId="77777777" w:rsidR="000C3A91" w:rsidRDefault="000C3A91">
      <w:pPr>
        <w:pBdr>
          <w:bottom w:val="single" w:sz="8" w:space="1" w:color="B28A45"/>
        </w:pBdr>
        <w:spacing w:before="40" w:after="100"/>
      </w:pPr>
    </w:p>
    <w:p w14:paraId="4704B4BA" w14:textId="77777777" w:rsidR="000C3A91" w:rsidRDefault="00000000">
      <w:pPr>
        <w:pStyle w:val="DayTitle"/>
        <w:spacing w:before="100" w:after="40"/>
      </w:pPr>
      <w:r>
        <w:t>DAY 16: MAKE ROOM FOR FORGIVENESS</w:t>
      </w:r>
    </w:p>
    <w:p w14:paraId="1A960EBA" w14:textId="77777777" w:rsidR="000C3A91" w:rsidRDefault="00000000">
      <w:pPr>
        <w:spacing w:after="40" w:line="240" w:lineRule="auto"/>
      </w:pPr>
      <w:r>
        <w:rPr>
          <w:b/>
        </w:rPr>
        <w:t>Heart Principle</w:t>
      </w:r>
      <w:r>
        <w:rPr>
          <w:b/>
        </w:rPr>
        <w:br/>
      </w:r>
      <w:r>
        <w:t>Forgiveness opens a path away from bitterness.</w:t>
      </w:r>
    </w:p>
    <w:p w14:paraId="09BFB02B" w14:textId="77777777" w:rsidR="000C3A91" w:rsidRDefault="00000000">
      <w:pPr>
        <w:spacing w:after="40" w:line="240" w:lineRule="auto"/>
      </w:pPr>
      <w:r>
        <w:rPr>
          <w:b/>
        </w:rPr>
        <w:t>Scripture</w:t>
      </w:r>
      <w:r>
        <w:rPr>
          <w:b/>
        </w:rPr>
        <w:br/>
      </w:r>
      <w:r>
        <w:t>Colossians 3:13</w:t>
      </w:r>
    </w:p>
    <w:p w14:paraId="19D616BF" w14:textId="77777777" w:rsidR="000C3A91" w:rsidRDefault="00000000">
      <w:pPr>
        <w:spacing w:after="40" w:line="240" w:lineRule="auto"/>
      </w:pPr>
      <w:r>
        <w:rPr>
          <w:b/>
        </w:rPr>
        <w:t>Opening Reflection</w:t>
      </w:r>
      <w:r>
        <w:rPr>
          <w:b/>
        </w:rPr>
        <w:br/>
      </w:r>
      <w:r>
        <w:t>Holding tightly to an offense can keep a wound at the center of our lives. Forgiveness is a process that can coexist with wise boundaries.</w:t>
      </w:r>
    </w:p>
    <w:p w14:paraId="45336EE9" w14:textId="77777777" w:rsidR="000C3A91" w:rsidRDefault="00000000">
      <w:pPr>
        <w:spacing w:after="40" w:line="240" w:lineRule="auto"/>
      </w:pPr>
      <w:r>
        <w:rPr>
          <w:b/>
        </w:rPr>
        <w:t>Biblical Insight</w:t>
      </w:r>
      <w:r>
        <w:rPr>
          <w:b/>
        </w:rPr>
        <w:br/>
      </w:r>
      <w:r>
        <w:t>Paul calls believers to forgive as the Lord forgave them.</w:t>
      </w:r>
    </w:p>
    <w:p w14:paraId="6132AC18" w14:textId="77777777" w:rsidR="000C3A91" w:rsidRDefault="00000000">
      <w:pPr>
        <w:spacing w:after="40" w:line="240" w:lineRule="auto"/>
      </w:pPr>
      <w:r>
        <w:rPr>
          <w:b/>
        </w:rPr>
        <w:t>Bridge to Daily Life</w:t>
      </w:r>
      <w:r>
        <w:rPr>
          <w:b/>
        </w:rPr>
        <w:br/>
      </w:r>
      <w:r>
        <w:t>Pray about a hurt you are ready to begin releasing.</w:t>
      </w:r>
    </w:p>
    <w:p w14:paraId="7001118C" w14:textId="77777777" w:rsidR="000C3A91" w:rsidRDefault="00000000">
      <w:pPr>
        <w:spacing w:after="40" w:line="240" w:lineRule="auto"/>
      </w:pPr>
      <w:r>
        <w:rPr>
          <w:b/>
        </w:rPr>
        <w:lastRenderedPageBreak/>
        <w:t>Hope Principle</w:t>
      </w:r>
      <w:r>
        <w:rPr>
          <w:b/>
        </w:rPr>
        <w:br/>
      </w:r>
      <w:r>
        <w:t>God can help heal wounded hearts.</w:t>
      </w:r>
    </w:p>
    <w:p w14:paraId="740B1939" w14:textId="77777777" w:rsidR="000C3A91" w:rsidRDefault="00000000">
      <w:pPr>
        <w:spacing w:after="40" w:line="240" w:lineRule="auto"/>
      </w:pPr>
      <w:r>
        <w:rPr>
          <w:b/>
        </w:rPr>
        <w:t>Daily Prayer Focus</w:t>
      </w:r>
      <w:r>
        <w:rPr>
          <w:b/>
        </w:rPr>
        <w:br/>
      </w:r>
      <w:r>
        <w:t>Father, guide me toward forgiveness and wisdom. Amen.</w:t>
      </w:r>
    </w:p>
    <w:p w14:paraId="68D3992A" w14:textId="77777777" w:rsidR="000C3A91" w:rsidRDefault="00000000">
      <w:pPr>
        <w:spacing w:after="40" w:line="240" w:lineRule="auto"/>
      </w:pPr>
      <w:r>
        <w:rPr>
          <w:b/>
        </w:rPr>
        <w:t>Reflection Question</w:t>
      </w:r>
      <w:r>
        <w:rPr>
          <w:b/>
        </w:rPr>
        <w:br/>
      </w:r>
      <w:r>
        <w:t>What hurt am I carrying?</w:t>
      </w:r>
    </w:p>
    <w:p w14:paraId="18A7CB09" w14:textId="77777777" w:rsidR="000C3A91" w:rsidRDefault="00000000">
      <w:pPr>
        <w:spacing w:after="40" w:line="240" w:lineRule="auto"/>
      </w:pPr>
      <w:r>
        <w:rPr>
          <w:b/>
        </w:rPr>
        <w:t>Today's Declaration</w:t>
      </w:r>
      <w:r>
        <w:rPr>
          <w:b/>
        </w:rPr>
        <w:br/>
      </w:r>
      <w:r>
        <w:t>I will pursue forgiveness with wisdom.</w:t>
      </w:r>
    </w:p>
    <w:p w14:paraId="2244DCE4" w14:textId="77777777" w:rsidR="00456EE0" w:rsidRDefault="00456EE0" w:rsidP="00456EE0"/>
    <w:p w14:paraId="35BA9ACB" w14:textId="0864E8D5" w:rsidR="000C3A91" w:rsidRPr="00456EE0" w:rsidRDefault="00000000" w:rsidP="00456EE0">
      <w:pPr>
        <w:rPr>
          <w:b/>
          <w:bCs/>
          <w:sz w:val="28"/>
          <w:szCs w:val="28"/>
        </w:rPr>
      </w:pPr>
      <w:r w:rsidRPr="00456EE0">
        <w:rPr>
          <w:b/>
          <w:bCs/>
          <w:sz w:val="28"/>
          <w:szCs w:val="28"/>
        </w:rPr>
        <w:t>DAY 17: NOTICE THE OVERLOOKED</w:t>
      </w:r>
    </w:p>
    <w:p w14:paraId="52D133FD" w14:textId="77777777" w:rsidR="000C3A91" w:rsidRDefault="00000000">
      <w:pPr>
        <w:spacing w:after="40" w:line="240" w:lineRule="auto"/>
      </w:pPr>
      <w:r>
        <w:rPr>
          <w:b/>
        </w:rPr>
        <w:t>Heart Principle</w:t>
      </w:r>
      <w:r>
        <w:rPr>
          <w:b/>
        </w:rPr>
        <w:br/>
      </w:r>
      <w:r>
        <w:t>Every person deserves dignity.</w:t>
      </w:r>
    </w:p>
    <w:p w14:paraId="3EC44D5F" w14:textId="77777777" w:rsidR="000C3A91" w:rsidRDefault="00000000">
      <w:pPr>
        <w:spacing w:after="40" w:line="240" w:lineRule="auto"/>
      </w:pPr>
      <w:r>
        <w:rPr>
          <w:b/>
        </w:rPr>
        <w:t>Scripture</w:t>
      </w:r>
      <w:r>
        <w:rPr>
          <w:b/>
        </w:rPr>
        <w:br/>
      </w:r>
      <w:r>
        <w:t>James 2:1</w:t>
      </w:r>
    </w:p>
    <w:p w14:paraId="0BD914E6" w14:textId="77777777" w:rsidR="000C3A91" w:rsidRDefault="00000000">
      <w:pPr>
        <w:spacing w:after="40" w:line="240" w:lineRule="auto"/>
      </w:pPr>
      <w:r>
        <w:rPr>
          <w:b/>
        </w:rPr>
        <w:t>Opening Reflection</w:t>
      </w:r>
      <w:r>
        <w:rPr>
          <w:b/>
        </w:rPr>
        <w:br/>
      </w:r>
      <w:r>
        <w:t>It is easy to give our attention to those with influence while missing someone who needs to be seen. God calls us beyond favoritism.</w:t>
      </w:r>
    </w:p>
    <w:p w14:paraId="220377CD" w14:textId="77777777" w:rsidR="000C3A91" w:rsidRDefault="00000000">
      <w:pPr>
        <w:spacing w:after="40" w:line="240" w:lineRule="auto"/>
      </w:pPr>
      <w:r>
        <w:rPr>
          <w:b/>
        </w:rPr>
        <w:t>Biblical Insight</w:t>
      </w:r>
      <w:r>
        <w:rPr>
          <w:b/>
        </w:rPr>
        <w:br/>
      </w:r>
      <w:r>
        <w:t>James warns believers against showing partiality.</w:t>
      </w:r>
    </w:p>
    <w:p w14:paraId="7A17A872" w14:textId="77777777" w:rsidR="000C3A91" w:rsidRDefault="00000000">
      <w:pPr>
        <w:spacing w:after="40" w:line="240" w:lineRule="auto"/>
      </w:pPr>
      <w:r>
        <w:rPr>
          <w:b/>
        </w:rPr>
        <w:t>Bridge to Daily Life</w:t>
      </w:r>
      <w:r>
        <w:rPr>
          <w:b/>
        </w:rPr>
        <w:br/>
      </w:r>
      <w:r>
        <w:t>Include or encourage someone who is often overlooked.</w:t>
      </w:r>
    </w:p>
    <w:p w14:paraId="78A6075C" w14:textId="77777777" w:rsidR="000C3A91" w:rsidRDefault="00000000">
      <w:pPr>
        <w:spacing w:after="40" w:line="240" w:lineRule="auto"/>
      </w:pPr>
      <w:r>
        <w:rPr>
          <w:b/>
        </w:rPr>
        <w:t>Hope Principle</w:t>
      </w:r>
      <w:r>
        <w:rPr>
          <w:b/>
        </w:rPr>
        <w:br/>
      </w:r>
      <w:r>
        <w:t>Every person bears worth before God.</w:t>
      </w:r>
    </w:p>
    <w:p w14:paraId="14754EA2" w14:textId="77777777" w:rsidR="000C3A91" w:rsidRDefault="00000000">
      <w:pPr>
        <w:spacing w:after="40" w:line="240" w:lineRule="auto"/>
      </w:pPr>
      <w:r>
        <w:rPr>
          <w:b/>
        </w:rPr>
        <w:t>Daily Prayer Focus</w:t>
      </w:r>
      <w:r>
        <w:rPr>
          <w:b/>
        </w:rPr>
        <w:br/>
      </w:r>
      <w:r>
        <w:t>Lord, help me see others with compassion. Amen.</w:t>
      </w:r>
    </w:p>
    <w:p w14:paraId="73565A37" w14:textId="77777777" w:rsidR="000C3A91" w:rsidRDefault="00000000">
      <w:pPr>
        <w:spacing w:after="40" w:line="240" w:lineRule="auto"/>
      </w:pPr>
      <w:r>
        <w:rPr>
          <w:b/>
        </w:rPr>
        <w:t>Reflection Question</w:t>
      </w:r>
      <w:r>
        <w:rPr>
          <w:b/>
        </w:rPr>
        <w:br/>
      </w:r>
      <w:r>
        <w:t>Who might feel unseen around me?</w:t>
      </w:r>
    </w:p>
    <w:p w14:paraId="52CFE71E" w14:textId="77777777" w:rsidR="000C3A91" w:rsidRDefault="00000000">
      <w:pPr>
        <w:spacing w:after="40" w:line="240" w:lineRule="auto"/>
      </w:pPr>
      <w:r>
        <w:rPr>
          <w:b/>
        </w:rPr>
        <w:t>Today's Declaration</w:t>
      </w:r>
      <w:r>
        <w:rPr>
          <w:b/>
        </w:rPr>
        <w:br/>
      </w:r>
      <w:r>
        <w:t>I will treat people with dignity.</w:t>
      </w:r>
    </w:p>
    <w:p w14:paraId="0CE23C8C" w14:textId="77777777" w:rsidR="000C3A91" w:rsidRDefault="000C3A91">
      <w:pPr>
        <w:pBdr>
          <w:bottom w:val="single" w:sz="8" w:space="1" w:color="B28A45"/>
        </w:pBdr>
        <w:spacing w:before="40" w:after="100"/>
      </w:pPr>
    </w:p>
    <w:p w14:paraId="5E3987BF" w14:textId="77777777" w:rsidR="000C3A91" w:rsidRDefault="00000000">
      <w:pPr>
        <w:pStyle w:val="DayTitle"/>
        <w:spacing w:before="100" w:after="40"/>
      </w:pPr>
      <w:r>
        <w:t>DAY 18: LISTEN BEFORE ANSWERING</w:t>
      </w:r>
    </w:p>
    <w:p w14:paraId="60198FC3" w14:textId="77777777" w:rsidR="000C3A91" w:rsidRDefault="00000000">
      <w:pPr>
        <w:spacing w:after="40" w:line="240" w:lineRule="auto"/>
      </w:pPr>
      <w:r>
        <w:rPr>
          <w:b/>
        </w:rPr>
        <w:lastRenderedPageBreak/>
        <w:t>Heart Principle</w:t>
      </w:r>
      <w:r>
        <w:rPr>
          <w:b/>
        </w:rPr>
        <w:br/>
      </w:r>
      <w:r>
        <w:t>Understanding begins with patience.</w:t>
      </w:r>
    </w:p>
    <w:p w14:paraId="4FAD22D3" w14:textId="77777777" w:rsidR="000C3A91" w:rsidRDefault="00000000">
      <w:pPr>
        <w:spacing w:after="40" w:line="240" w:lineRule="auto"/>
      </w:pPr>
      <w:r>
        <w:rPr>
          <w:b/>
        </w:rPr>
        <w:t>Scripture</w:t>
      </w:r>
      <w:r>
        <w:rPr>
          <w:b/>
        </w:rPr>
        <w:br/>
      </w:r>
      <w:r>
        <w:t>James 1:19</w:t>
      </w:r>
    </w:p>
    <w:p w14:paraId="401DE393" w14:textId="77777777" w:rsidR="000C3A91" w:rsidRDefault="00000000">
      <w:pPr>
        <w:spacing w:after="40" w:line="240" w:lineRule="auto"/>
      </w:pPr>
      <w:r>
        <w:rPr>
          <w:b/>
        </w:rPr>
        <w:t>Opening Reflection</w:t>
      </w:r>
      <w:r>
        <w:rPr>
          <w:b/>
        </w:rPr>
        <w:br/>
      </w:r>
      <w:r>
        <w:t>We can listen merely to prepare our reply. Genuine listening makes space for another person’s experience and can prevent needless conflict.</w:t>
      </w:r>
    </w:p>
    <w:p w14:paraId="55B05FF5" w14:textId="77777777" w:rsidR="000C3A91" w:rsidRDefault="00000000">
      <w:pPr>
        <w:spacing w:after="40" w:line="240" w:lineRule="auto"/>
      </w:pPr>
      <w:r>
        <w:rPr>
          <w:b/>
        </w:rPr>
        <w:t>Biblical Insight</w:t>
      </w:r>
      <w:r>
        <w:rPr>
          <w:b/>
        </w:rPr>
        <w:br/>
      </w:r>
      <w:r>
        <w:t>James urges believers to be quick to listen and slow to speak.</w:t>
      </w:r>
    </w:p>
    <w:p w14:paraId="6A5E26DF" w14:textId="77777777" w:rsidR="000C3A91" w:rsidRDefault="00000000">
      <w:pPr>
        <w:spacing w:after="40" w:line="240" w:lineRule="auto"/>
      </w:pPr>
      <w:r>
        <w:rPr>
          <w:b/>
        </w:rPr>
        <w:t>Bridge to Daily Life</w:t>
      </w:r>
      <w:r>
        <w:rPr>
          <w:b/>
        </w:rPr>
        <w:br/>
      </w:r>
      <w:r>
        <w:t>Let someone finish before you respond.</w:t>
      </w:r>
    </w:p>
    <w:p w14:paraId="3906364B" w14:textId="77777777" w:rsidR="000C3A91" w:rsidRDefault="00000000">
      <w:pPr>
        <w:spacing w:after="40" w:line="240" w:lineRule="auto"/>
      </w:pPr>
      <w:r>
        <w:rPr>
          <w:b/>
        </w:rPr>
        <w:t>Hope Principle</w:t>
      </w:r>
      <w:r>
        <w:rPr>
          <w:b/>
        </w:rPr>
        <w:br/>
      </w:r>
      <w:r>
        <w:t>Patient listening can restore understanding.</w:t>
      </w:r>
    </w:p>
    <w:p w14:paraId="3E5DA9B2" w14:textId="77777777" w:rsidR="000C3A91" w:rsidRDefault="00000000">
      <w:pPr>
        <w:spacing w:after="40" w:line="240" w:lineRule="auto"/>
      </w:pPr>
      <w:r>
        <w:rPr>
          <w:b/>
        </w:rPr>
        <w:t>Daily Prayer Focus</w:t>
      </w:r>
      <w:r>
        <w:rPr>
          <w:b/>
        </w:rPr>
        <w:br/>
      </w:r>
      <w:r>
        <w:t>Father, teach me to listen with care. Amen.</w:t>
      </w:r>
    </w:p>
    <w:p w14:paraId="2A43F253" w14:textId="77777777" w:rsidR="000C3A91" w:rsidRDefault="00000000">
      <w:pPr>
        <w:spacing w:after="40" w:line="240" w:lineRule="auto"/>
      </w:pPr>
      <w:r>
        <w:rPr>
          <w:b/>
        </w:rPr>
        <w:t>Reflection Question</w:t>
      </w:r>
      <w:r>
        <w:rPr>
          <w:b/>
        </w:rPr>
        <w:br/>
      </w:r>
      <w:r>
        <w:t>Do I listen to understand or to respond?</w:t>
      </w:r>
    </w:p>
    <w:p w14:paraId="0BB419C5" w14:textId="77777777" w:rsidR="000C3A91" w:rsidRDefault="00000000">
      <w:pPr>
        <w:spacing w:after="40" w:line="240" w:lineRule="auto"/>
      </w:pPr>
      <w:r>
        <w:rPr>
          <w:b/>
        </w:rPr>
        <w:t>Today's Declaration</w:t>
      </w:r>
      <w:r>
        <w:rPr>
          <w:b/>
        </w:rPr>
        <w:br/>
      </w:r>
      <w:r>
        <w:t>I will listen with patience.</w:t>
      </w:r>
    </w:p>
    <w:p w14:paraId="174D5636" w14:textId="77777777" w:rsidR="000C3A91" w:rsidRDefault="00000000">
      <w:r>
        <w:br w:type="page"/>
      </w:r>
    </w:p>
    <w:p w14:paraId="0CF11F93" w14:textId="77777777" w:rsidR="000C3A91" w:rsidRDefault="00000000">
      <w:pPr>
        <w:pStyle w:val="DayTitle"/>
        <w:spacing w:before="100" w:after="40"/>
      </w:pPr>
      <w:r>
        <w:lastRenderedPageBreak/>
        <w:t>DAY 19: BE A PEACEMAKER</w:t>
      </w:r>
    </w:p>
    <w:p w14:paraId="19550898" w14:textId="77777777" w:rsidR="000C3A91" w:rsidRDefault="00000000">
      <w:pPr>
        <w:spacing w:after="40" w:line="240" w:lineRule="auto"/>
      </w:pPr>
      <w:r>
        <w:rPr>
          <w:b/>
        </w:rPr>
        <w:t>Heart Principle</w:t>
      </w:r>
      <w:r>
        <w:rPr>
          <w:b/>
        </w:rPr>
        <w:br/>
      </w:r>
      <w:r>
        <w:t>Peace takes courage and wisdom.</w:t>
      </w:r>
    </w:p>
    <w:p w14:paraId="6E377FEA" w14:textId="77777777" w:rsidR="000C3A91" w:rsidRDefault="00000000">
      <w:pPr>
        <w:spacing w:after="40" w:line="240" w:lineRule="auto"/>
      </w:pPr>
      <w:r>
        <w:rPr>
          <w:b/>
        </w:rPr>
        <w:t>Scripture</w:t>
      </w:r>
      <w:r>
        <w:rPr>
          <w:b/>
        </w:rPr>
        <w:br/>
      </w:r>
      <w:r>
        <w:t>Matthew 5:9</w:t>
      </w:r>
    </w:p>
    <w:p w14:paraId="623325E6" w14:textId="77777777" w:rsidR="000C3A91" w:rsidRDefault="00000000">
      <w:pPr>
        <w:spacing w:after="40" w:line="240" w:lineRule="auto"/>
      </w:pPr>
      <w:r>
        <w:rPr>
          <w:b/>
        </w:rPr>
        <w:t>Opening Reflection</w:t>
      </w:r>
      <w:r>
        <w:rPr>
          <w:b/>
        </w:rPr>
        <w:br/>
      </w:r>
      <w:r>
        <w:t>Avoiding conflict is not always the same as making peace. Peacemaking may require honesty, accountability, and a gentle spirit.</w:t>
      </w:r>
    </w:p>
    <w:p w14:paraId="5F41C5FD" w14:textId="77777777" w:rsidR="000C3A91" w:rsidRDefault="00000000">
      <w:pPr>
        <w:spacing w:after="40" w:line="240" w:lineRule="auto"/>
      </w:pPr>
      <w:r>
        <w:rPr>
          <w:b/>
        </w:rPr>
        <w:t>Biblical Insight</w:t>
      </w:r>
      <w:r>
        <w:rPr>
          <w:b/>
        </w:rPr>
        <w:br/>
      </w:r>
      <w:r>
        <w:t>Jesus calls peacemakers blessed.</w:t>
      </w:r>
    </w:p>
    <w:p w14:paraId="79556827" w14:textId="77777777" w:rsidR="000C3A91" w:rsidRDefault="00000000">
      <w:pPr>
        <w:spacing w:after="40" w:line="240" w:lineRule="auto"/>
      </w:pPr>
      <w:r>
        <w:rPr>
          <w:b/>
        </w:rPr>
        <w:t>Bridge to Daily Life</w:t>
      </w:r>
      <w:r>
        <w:rPr>
          <w:b/>
        </w:rPr>
        <w:br/>
      </w:r>
      <w:r>
        <w:t>Take one constructive step toward resolving tension.</w:t>
      </w:r>
    </w:p>
    <w:p w14:paraId="5C8999ED" w14:textId="77777777" w:rsidR="000C3A91" w:rsidRDefault="00000000">
      <w:pPr>
        <w:spacing w:after="40" w:line="240" w:lineRule="auto"/>
      </w:pPr>
      <w:r>
        <w:rPr>
          <w:b/>
        </w:rPr>
        <w:t>Hope Principle</w:t>
      </w:r>
      <w:r>
        <w:rPr>
          <w:b/>
        </w:rPr>
        <w:br/>
      </w:r>
      <w:r>
        <w:t>God can work through peaceful choices.</w:t>
      </w:r>
    </w:p>
    <w:p w14:paraId="25E2F962" w14:textId="77777777" w:rsidR="000C3A91" w:rsidRDefault="00000000">
      <w:pPr>
        <w:spacing w:after="40" w:line="240" w:lineRule="auto"/>
      </w:pPr>
      <w:r>
        <w:rPr>
          <w:b/>
        </w:rPr>
        <w:t>Daily Prayer Focus</w:t>
      </w:r>
      <w:r>
        <w:rPr>
          <w:b/>
        </w:rPr>
        <w:br/>
      </w:r>
      <w:r>
        <w:t>Lord, make me an instrument of peace. Amen.</w:t>
      </w:r>
    </w:p>
    <w:p w14:paraId="0F85E7BE" w14:textId="77777777" w:rsidR="000C3A91" w:rsidRDefault="00000000">
      <w:pPr>
        <w:spacing w:after="40" w:line="240" w:lineRule="auto"/>
      </w:pPr>
      <w:r>
        <w:rPr>
          <w:b/>
        </w:rPr>
        <w:t>Reflection Question</w:t>
      </w:r>
      <w:r>
        <w:rPr>
          <w:b/>
        </w:rPr>
        <w:br/>
      </w:r>
      <w:r>
        <w:t>Where can I help reduce tension?</w:t>
      </w:r>
    </w:p>
    <w:p w14:paraId="1F180DE9" w14:textId="77777777" w:rsidR="000C3A91" w:rsidRDefault="00000000">
      <w:pPr>
        <w:spacing w:after="40" w:line="240" w:lineRule="auto"/>
      </w:pPr>
      <w:r>
        <w:rPr>
          <w:b/>
        </w:rPr>
        <w:t>Today's Declaration</w:t>
      </w:r>
      <w:r>
        <w:rPr>
          <w:b/>
        </w:rPr>
        <w:br/>
      </w:r>
      <w:r>
        <w:t>I will seek peace with courage.</w:t>
      </w:r>
    </w:p>
    <w:p w14:paraId="78DA6BB9" w14:textId="77777777" w:rsidR="000C3A91" w:rsidRDefault="000C3A91">
      <w:pPr>
        <w:pBdr>
          <w:bottom w:val="single" w:sz="8" w:space="1" w:color="B28A45"/>
        </w:pBdr>
        <w:spacing w:before="40" w:after="100"/>
      </w:pPr>
    </w:p>
    <w:p w14:paraId="6E638E5E" w14:textId="77777777" w:rsidR="000C3A91" w:rsidRDefault="00000000">
      <w:pPr>
        <w:pStyle w:val="DayTitle"/>
        <w:spacing w:before="100" w:after="40"/>
      </w:pPr>
      <w:r>
        <w:t>DAY 20: CARRY ONE ANOTHER</w:t>
      </w:r>
    </w:p>
    <w:p w14:paraId="7C599738" w14:textId="77777777" w:rsidR="000C3A91" w:rsidRDefault="00000000">
      <w:pPr>
        <w:spacing w:after="40" w:line="240" w:lineRule="auto"/>
      </w:pPr>
      <w:r>
        <w:rPr>
          <w:b/>
        </w:rPr>
        <w:t>Heart Principle</w:t>
      </w:r>
      <w:r>
        <w:rPr>
          <w:b/>
        </w:rPr>
        <w:br/>
      </w:r>
      <w:r>
        <w:t>Community is strengthened through care.</w:t>
      </w:r>
    </w:p>
    <w:p w14:paraId="140B2EEA" w14:textId="77777777" w:rsidR="000C3A91" w:rsidRDefault="00000000">
      <w:pPr>
        <w:spacing w:after="40" w:line="240" w:lineRule="auto"/>
      </w:pPr>
      <w:r>
        <w:rPr>
          <w:b/>
        </w:rPr>
        <w:t>Scripture</w:t>
      </w:r>
      <w:r>
        <w:rPr>
          <w:b/>
        </w:rPr>
        <w:br/>
      </w:r>
      <w:r>
        <w:t>Galatians 6:2</w:t>
      </w:r>
    </w:p>
    <w:p w14:paraId="0C138C52" w14:textId="77777777" w:rsidR="000C3A91" w:rsidRDefault="00000000">
      <w:pPr>
        <w:spacing w:after="40" w:line="240" w:lineRule="auto"/>
      </w:pPr>
      <w:r>
        <w:rPr>
          <w:b/>
        </w:rPr>
        <w:t>Opening Reflection</w:t>
      </w:r>
      <w:r>
        <w:rPr>
          <w:b/>
        </w:rPr>
        <w:br/>
      </w:r>
      <w:r>
        <w:t>Everyone has seasons when a burden feels too heavy. Practical support can remind someone they do not have to face everything alone.</w:t>
      </w:r>
    </w:p>
    <w:p w14:paraId="64FAD9F0" w14:textId="77777777" w:rsidR="000C3A91" w:rsidRDefault="00000000">
      <w:pPr>
        <w:spacing w:after="40" w:line="240" w:lineRule="auto"/>
      </w:pPr>
      <w:r>
        <w:rPr>
          <w:b/>
        </w:rPr>
        <w:t>Biblical Insight</w:t>
      </w:r>
      <w:r>
        <w:rPr>
          <w:b/>
        </w:rPr>
        <w:br/>
      </w:r>
      <w:r>
        <w:t>Paul calls believers to bear one another’s burdens.</w:t>
      </w:r>
    </w:p>
    <w:p w14:paraId="0687B637" w14:textId="77777777" w:rsidR="000C3A91" w:rsidRDefault="00000000">
      <w:pPr>
        <w:spacing w:after="40" w:line="240" w:lineRule="auto"/>
      </w:pPr>
      <w:r>
        <w:rPr>
          <w:b/>
        </w:rPr>
        <w:lastRenderedPageBreak/>
        <w:t>Bridge to Daily Life</w:t>
      </w:r>
      <w:r>
        <w:rPr>
          <w:b/>
        </w:rPr>
        <w:br/>
      </w:r>
      <w:r>
        <w:t>Check on someone and offer specific help.</w:t>
      </w:r>
    </w:p>
    <w:p w14:paraId="1F661048" w14:textId="77777777" w:rsidR="000C3A91" w:rsidRDefault="00000000">
      <w:pPr>
        <w:spacing w:after="40" w:line="240" w:lineRule="auto"/>
      </w:pPr>
      <w:r>
        <w:rPr>
          <w:b/>
        </w:rPr>
        <w:t>Hope Principle</w:t>
      </w:r>
      <w:r>
        <w:rPr>
          <w:b/>
        </w:rPr>
        <w:br/>
      </w:r>
      <w:r>
        <w:t>Shared care reflects Christ’s love.</w:t>
      </w:r>
    </w:p>
    <w:p w14:paraId="298B6BC1" w14:textId="77777777" w:rsidR="000C3A91" w:rsidRDefault="00000000">
      <w:pPr>
        <w:spacing w:after="40" w:line="240" w:lineRule="auto"/>
      </w:pPr>
      <w:r>
        <w:rPr>
          <w:b/>
        </w:rPr>
        <w:t>Daily Prayer Focus</w:t>
      </w:r>
      <w:r>
        <w:rPr>
          <w:b/>
        </w:rPr>
        <w:br/>
      </w:r>
      <w:r>
        <w:t>Father, make me attentive to others’ needs. Amen.</w:t>
      </w:r>
    </w:p>
    <w:p w14:paraId="64B19D88" w14:textId="77777777" w:rsidR="000C3A91" w:rsidRDefault="00000000">
      <w:pPr>
        <w:spacing w:after="40" w:line="240" w:lineRule="auto"/>
      </w:pPr>
      <w:r>
        <w:rPr>
          <w:b/>
        </w:rPr>
        <w:t>Reflection Question</w:t>
      </w:r>
      <w:r>
        <w:rPr>
          <w:b/>
        </w:rPr>
        <w:br/>
      </w:r>
      <w:r>
        <w:t>Whose burden can I help lighten?</w:t>
      </w:r>
    </w:p>
    <w:p w14:paraId="0CF5631F" w14:textId="77777777" w:rsidR="000C3A91" w:rsidRDefault="00000000">
      <w:pPr>
        <w:spacing w:after="40" w:line="240" w:lineRule="auto"/>
      </w:pPr>
      <w:r>
        <w:rPr>
          <w:b/>
        </w:rPr>
        <w:t>Today's Declaration</w:t>
      </w:r>
      <w:r>
        <w:rPr>
          <w:b/>
        </w:rPr>
        <w:br/>
      </w:r>
      <w:r>
        <w:t>I will make room to help.</w:t>
      </w:r>
    </w:p>
    <w:p w14:paraId="46381C3F" w14:textId="77777777" w:rsidR="00456EE0" w:rsidRDefault="00456EE0" w:rsidP="00456EE0"/>
    <w:p w14:paraId="351D104B" w14:textId="10EF4509" w:rsidR="000C3A91" w:rsidRPr="00456EE0" w:rsidRDefault="00000000" w:rsidP="00456EE0">
      <w:pPr>
        <w:rPr>
          <w:b/>
          <w:bCs/>
          <w:sz w:val="28"/>
          <w:szCs w:val="28"/>
        </w:rPr>
      </w:pPr>
      <w:r w:rsidRPr="00456EE0">
        <w:rPr>
          <w:b/>
          <w:bCs/>
          <w:sz w:val="28"/>
          <w:szCs w:val="28"/>
        </w:rPr>
        <w:t>DAY 21: GIVE WITH JOY</w:t>
      </w:r>
    </w:p>
    <w:p w14:paraId="3706DC5F" w14:textId="77777777" w:rsidR="000C3A91" w:rsidRDefault="00000000">
      <w:pPr>
        <w:spacing w:after="40" w:line="240" w:lineRule="auto"/>
      </w:pPr>
      <w:r>
        <w:rPr>
          <w:b/>
        </w:rPr>
        <w:t>Heart Principle</w:t>
      </w:r>
      <w:r>
        <w:rPr>
          <w:b/>
        </w:rPr>
        <w:br/>
      </w:r>
      <w:r>
        <w:t>Generosity is more than money.</w:t>
      </w:r>
    </w:p>
    <w:p w14:paraId="1D40FB29" w14:textId="77777777" w:rsidR="000C3A91" w:rsidRDefault="00000000">
      <w:pPr>
        <w:spacing w:after="40" w:line="240" w:lineRule="auto"/>
      </w:pPr>
      <w:r>
        <w:rPr>
          <w:b/>
        </w:rPr>
        <w:t>Scripture</w:t>
      </w:r>
      <w:r>
        <w:rPr>
          <w:b/>
        </w:rPr>
        <w:br/>
      </w:r>
      <w:r>
        <w:t>2 Corinthians 9:7</w:t>
      </w:r>
    </w:p>
    <w:p w14:paraId="60F014C8" w14:textId="77777777" w:rsidR="000C3A91" w:rsidRDefault="00000000">
      <w:pPr>
        <w:spacing w:after="40" w:line="240" w:lineRule="auto"/>
      </w:pPr>
      <w:r>
        <w:rPr>
          <w:b/>
        </w:rPr>
        <w:t>Opening Reflection</w:t>
      </w:r>
      <w:r>
        <w:rPr>
          <w:b/>
        </w:rPr>
        <w:br/>
      </w:r>
      <w:r>
        <w:t>Our time, attention, skills, and resources can all become gifts. Giving freely reminds us that love is meant to move outward.</w:t>
      </w:r>
    </w:p>
    <w:p w14:paraId="755A2208" w14:textId="77777777" w:rsidR="000C3A91" w:rsidRDefault="00000000">
      <w:pPr>
        <w:spacing w:after="40" w:line="240" w:lineRule="auto"/>
      </w:pPr>
      <w:r>
        <w:rPr>
          <w:b/>
        </w:rPr>
        <w:t>Biblical Insight</w:t>
      </w:r>
      <w:r>
        <w:rPr>
          <w:b/>
        </w:rPr>
        <w:br/>
      </w:r>
      <w:r>
        <w:t>Paul emphasizes willing and cheerful giving.</w:t>
      </w:r>
    </w:p>
    <w:p w14:paraId="1DD883E5" w14:textId="77777777" w:rsidR="000C3A91" w:rsidRDefault="00000000">
      <w:pPr>
        <w:spacing w:after="40" w:line="240" w:lineRule="auto"/>
      </w:pPr>
      <w:r>
        <w:rPr>
          <w:b/>
        </w:rPr>
        <w:t>Bridge to Daily Life</w:t>
      </w:r>
      <w:r>
        <w:rPr>
          <w:b/>
        </w:rPr>
        <w:br/>
      </w:r>
      <w:r>
        <w:t>Share something useful with a cheerful heart.</w:t>
      </w:r>
    </w:p>
    <w:p w14:paraId="1648ACC1" w14:textId="77777777" w:rsidR="000C3A91" w:rsidRDefault="00000000">
      <w:pPr>
        <w:spacing w:after="40" w:line="240" w:lineRule="auto"/>
      </w:pPr>
      <w:r>
        <w:rPr>
          <w:b/>
        </w:rPr>
        <w:t>Hope Principle</w:t>
      </w:r>
      <w:r>
        <w:rPr>
          <w:b/>
        </w:rPr>
        <w:br/>
      </w:r>
      <w:r>
        <w:t>God can use generous hearts.</w:t>
      </w:r>
    </w:p>
    <w:p w14:paraId="7D18234E" w14:textId="77777777" w:rsidR="000C3A91" w:rsidRDefault="00000000">
      <w:pPr>
        <w:spacing w:after="40" w:line="240" w:lineRule="auto"/>
      </w:pPr>
      <w:r>
        <w:rPr>
          <w:b/>
        </w:rPr>
        <w:t>Daily Prayer Focus</w:t>
      </w:r>
      <w:r>
        <w:rPr>
          <w:b/>
        </w:rPr>
        <w:br/>
      </w:r>
      <w:r>
        <w:t>Lord, free me to give with joy. Amen.</w:t>
      </w:r>
    </w:p>
    <w:p w14:paraId="220F5435" w14:textId="77777777" w:rsidR="000C3A91" w:rsidRDefault="00000000">
      <w:pPr>
        <w:spacing w:after="40" w:line="240" w:lineRule="auto"/>
      </w:pPr>
      <w:r>
        <w:rPr>
          <w:b/>
        </w:rPr>
        <w:t>Reflection Question</w:t>
      </w:r>
      <w:r>
        <w:rPr>
          <w:b/>
        </w:rPr>
        <w:br/>
      </w:r>
      <w:r>
        <w:t>How can I practice generosity today?</w:t>
      </w:r>
    </w:p>
    <w:p w14:paraId="411E4C3F" w14:textId="77777777" w:rsidR="000C3A91" w:rsidRDefault="00000000">
      <w:pPr>
        <w:spacing w:after="40" w:line="240" w:lineRule="auto"/>
      </w:pPr>
      <w:r>
        <w:rPr>
          <w:b/>
        </w:rPr>
        <w:t>Today's Declaration</w:t>
      </w:r>
      <w:r>
        <w:rPr>
          <w:b/>
        </w:rPr>
        <w:br/>
      </w:r>
      <w:r>
        <w:t>I will give with a willing heart.</w:t>
      </w:r>
    </w:p>
    <w:p w14:paraId="4BA654F0" w14:textId="530E1397" w:rsidR="000C3A91" w:rsidRDefault="00456EE0" w:rsidP="00456EE0">
      <w:r>
        <w:rPr>
          <w:noProof/>
        </w:rPr>
        <w:lastRenderedPageBreak/>
        <w:drawing>
          <wp:anchor distT="0" distB="0" distL="114300" distR="114300" simplePos="0" relativeHeight="251655168" behindDoc="0" locked="0" layoutInCell="1" allowOverlap="1" wp14:anchorId="0CA83AD7" wp14:editId="11941D8B">
            <wp:simplePos x="0" y="0"/>
            <wp:positionH relativeFrom="column">
              <wp:posOffset>-462915</wp:posOffset>
            </wp:positionH>
            <wp:positionV relativeFrom="paragraph">
              <wp:posOffset>-573405</wp:posOffset>
            </wp:positionV>
            <wp:extent cx="4867275" cy="6667500"/>
            <wp:effectExtent l="0" t="0" r="9525" b="0"/>
            <wp:wrapSquare wrapText="bothSides"/>
            <wp:docPr id="1239794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9419" name="Picture 123979419"/>
                    <pic:cNvPicPr/>
                  </pic:nvPicPr>
                  <pic:blipFill>
                    <a:blip r:embed="rId13"/>
                    <a:stretch>
                      <a:fillRect/>
                    </a:stretch>
                  </pic:blipFill>
                  <pic:spPr>
                    <a:xfrm>
                      <a:off x="0" y="0"/>
                      <a:ext cx="4867275" cy="666750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47155F24" w14:textId="77777777" w:rsidR="000C3A91" w:rsidRDefault="00000000">
      <w:pPr>
        <w:pStyle w:val="DayTitle"/>
        <w:spacing w:before="100" w:after="40"/>
      </w:pPr>
      <w:r>
        <w:lastRenderedPageBreak/>
        <w:t>DAY 22: KEEP GOING IN FAITH</w:t>
      </w:r>
    </w:p>
    <w:p w14:paraId="19EFCDC2" w14:textId="77777777" w:rsidR="000C3A91" w:rsidRDefault="00000000">
      <w:pPr>
        <w:spacing w:after="40" w:line="240" w:lineRule="auto"/>
      </w:pPr>
      <w:r>
        <w:rPr>
          <w:b/>
        </w:rPr>
        <w:t>Heart Principle</w:t>
      </w:r>
      <w:r>
        <w:rPr>
          <w:b/>
        </w:rPr>
        <w:br/>
      </w:r>
      <w:r>
        <w:t>Weariness does not erase purpose.</w:t>
      </w:r>
    </w:p>
    <w:p w14:paraId="1FB5519D" w14:textId="77777777" w:rsidR="000C3A91" w:rsidRDefault="00000000">
      <w:pPr>
        <w:spacing w:after="40" w:line="240" w:lineRule="auto"/>
      </w:pPr>
      <w:r>
        <w:rPr>
          <w:b/>
        </w:rPr>
        <w:t>Scripture</w:t>
      </w:r>
      <w:r>
        <w:rPr>
          <w:b/>
        </w:rPr>
        <w:br/>
      </w:r>
      <w:r>
        <w:t>Hebrews 12:1</w:t>
      </w:r>
    </w:p>
    <w:p w14:paraId="0A08A81D" w14:textId="77777777" w:rsidR="000C3A91" w:rsidRDefault="00000000">
      <w:pPr>
        <w:spacing w:after="40" w:line="240" w:lineRule="auto"/>
      </w:pPr>
      <w:r>
        <w:rPr>
          <w:b/>
        </w:rPr>
        <w:t>Opening Reflection</w:t>
      </w:r>
      <w:r>
        <w:rPr>
          <w:b/>
        </w:rPr>
        <w:br/>
      </w:r>
      <w:r>
        <w:t>Long seasons can test our patience. Instead of measuring ourselves against others, we can continue the race set before us.</w:t>
      </w:r>
    </w:p>
    <w:p w14:paraId="09261D3B" w14:textId="77777777" w:rsidR="000C3A91" w:rsidRDefault="00000000">
      <w:pPr>
        <w:spacing w:after="40" w:line="240" w:lineRule="auto"/>
      </w:pPr>
      <w:r>
        <w:rPr>
          <w:b/>
        </w:rPr>
        <w:t>Biblical Insight</w:t>
      </w:r>
      <w:r>
        <w:rPr>
          <w:b/>
        </w:rPr>
        <w:br/>
      </w:r>
      <w:r>
        <w:t>Hebrews encourages believers to run with endurance.</w:t>
      </w:r>
    </w:p>
    <w:p w14:paraId="163C18DC" w14:textId="77777777" w:rsidR="000C3A91" w:rsidRDefault="00000000">
      <w:pPr>
        <w:spacing w:after="40" w:line="240" w:lineRule="auto"/>
      </w:pPr>
      <w:r>
        <w:rPr>
          <w:b/>
        </w:rPr>
        <w:t>Bridge to Daily Life</w:t>
      </w:r>
      <w:r>
        <w:rPr>
          <w:b/>
        </w:rPr>
        <w:br/>
      </w:r>
      <w:r>
        <w:t>Choose one manageable step toward a worthwhile goal.</w:t>
      </w:r>
    </w:p>
    <w:p w14:paraId="1A925AC9" w14:textId="77777777" w:rsidR="000C3A91" w:rsidRDefault="00000000">
      <w:pPr>
        <w:spacing w:after="40" w:line="240" w:lineRule="auto"/>
      </w:pPr>
      <w:r>
        <w:rPr>
          <w:b/>
        </w:rPr>
        <w:t>Hope Principle</w:t>
      </w:r>
      <w:r>
        <w:rPr>
          <w:b/>
        </w:rPr>
        <w:br/>
      </w:r>
      <w:r>
        <w:t>Endurance grows through faithful steps.</w:t>
      </w:r>
    </w:p>
    <w:p w14:paraId="7BB18098" w14:textId="77777777" w:rsidR="000C3A91" w:rsidRDefault="00000000">
      <w:pPr>
        <w:spacing w:after="40" w:line="240" w:lineRule="auto"/>
      </w:pPr>
      <w:r>
        <w:rPr>
          <w:b/>
        </w:rPr>
        <w:t>Daily Prayer Focus</w:t>
      </w:r>
      <w:r>
        <w:rPr>
          <w:b/>
        </w:rPr>
        <w:br/>
      </w:r>
      <w:r>
        <w:t>God, renew my perseverance. Amen.</w:t>
      </w:r>
    </w:p>
    <w:p w14:paraId="639F5488" w14:textId="77777777" w:rsidR="000C3A91" w:rsidRDefault="00000000">
      <w:pPr>
        <w:spacing w:after="40" w:line="240" w:lineRule="auto"/>
      </w:pPr>
      <w:r>
        <w:rPr>
          <w:b/>
        </w:rPr>
        <w:t>Reflection Question</w:t>
      </w:r>
      <w:r>
        <w:rPr>
          <w:b/>
        </w:rPr>
        <w:br/>
      </w:r>
      <w:r>
        <w:t>What has made me want to quit?</w:t>
      </w:r>
    </w:p>
    <w:p w14:paraId="727AD56C" w14:textId="77777777" w:rsidR="000C3A91" w:rsidRDefault="00000000">
      <w:pPr>
        <w:spacing w:after="40" w:line="240" w:lineRule="auto"/>
      </w:pPr>
      <w:r>
        <w:rPr>
          <w:b/>
        </w:rPr>
        <w:t>Today's Declaration</w:t>
      </w:r>
      <w:r>
        <w:rPr>
          <w:b/>
        </w:rPr>
        <w:br/>
      </w:r>
      <w:r>
        <w:t>I will keep moving faithfully.</w:t>
      </w:r>
    </w:p>
    <w:p w14:paraId="3D1D3EF1" w14:textId="77777777" w:rsidR="00286600" w:rsidRDefault="00286600" w:rsidP="00286600"/>
    <w:p w14:paraId="43D1A820" w14:textId="3902D7CA" w:rsidR="000C3A91" w:rsidRPr="00286600" w:rsidRDefault="00000000" w:rsidP="00286600">
      <w:pPr>
        <w:rPr>
          <w:b/>
          <w:bCs/>
        </w:rPr>
      </w:pPr>
      <w:r w:rsidRPr="00286600">
        <w:rPr>
          <w:b/>
          <w:bCs/>
        </w:rPr>
        <w:t>DAY 23: RISE AFTER A SETBACK</w:t>
      </w:r>
    </w:p>
    <w:p w14:paraId="5D2BABAA" w14:textId="77777777" w:rsidR="000C3A91" w:rsidRDefault="00000000">
      <w:pPr>
        <w:spacing w:after="40" w:line="240" w:lineRule="auto"/>
      </w:pPr>
      <w:r>
        <w:rPr>
          <w:b/>
        </w:rPr>
        <w:t>Heart Principle</w:t>
      </w:r>
      <w:r>
        <w:rPr>
          <w:b/>
        </w:rPr>
        <w:br/>
      </w:r>
      <w:r>
        <w:t>A stumble is not the end.</w:t>
      </w:r>
    </w:p>
    <w:p w14:paraId="6F658301" w14:textId="77777777" w:rsidR="000C3A91" w:rsidRDefault="00000000">
      <w:pPr>
        <w:spacing w:after="40" w:line="240" w:lineRule="auto"/>
      </w:pPr>
      <w:r>
        <w:rPr>
          <w:b/>
        </w:rPr>
        <w:t>Scripture</w:t>
      </w:r>
      <w:r>
        <w:rPr>
          <w:b/>
        </w:rPr>
        <w:br/>
      </w:r>
      <w:r>
        <w:t>Proverbs 24:16</w:t>
      </w:r>
    </w:p>
    <w:p w14:paraId="245FACEF" w14:textId="77777777" w:rsidR="000C3A91" w:rsidRDefault="00000000">
      <w:pPr>
        <w:spacing w:after="40" w:line="240" w:lineRule="auto"/>
      </w:pPr>
      <w:r>
        <w:rPr>
          <w:b/>
        </w:rPr>
        <w:t>Opening Reflection</w:t>
      </w:r>
      <w:r>
        <w:rPr>
          <w:b/>
        </w:rPr>
        <w:br/>
      </w:r>
      <w:r>
        <w:t>Mistakes and disappointments can leave us discouraged. Wisdom means learning what we can and getting back up with God’s help.</w:t>
      </w:r>
    </w:p>
    <w:p w14:paraId="057A1223" w14:textId="77777777" w:rsidR="000C3A91" w:rsidRDefault="00000000">
      <w:pPr>
        <w:spacing w:after="40" w:line="240" w:lineRule="auto"/>
      </w:pPr>
      <w:r>
        <w:rPr>
          <w:b/>
        </w:rPr>
        <w:t>Biblical Insight</w:t>
      </w:r>
      <w:r>
        <w:rPr>
          <w:b/>
        </w:rPr>
        <w:br/>
      </w:r>
      <w:r>
        <w:t>Proverbs portrays the righteous as rising after falling.</w:t>
      </w:r>
    </w:p>
    <w:p w14:paraId="37167CDE" w14:textId="77777777" w:rsidR="000C3A91" w:rsidRDefault="00000000">
      <w:pPr>
        <w:spacing w:after="40" w:line="240" w:lineRule="auto"/>
      </w:pPr>
      <w:r>
        <w:rPr>
          <w:b/>
        </w:rPr>
        <w:t>Bridge to Daily Life</w:t>
      </w:r>
      <w:r>
        <w:rPr>
          <w:b/>
        </w:rPr>
        <w:br/>
      </w:r>
      <w:r>
        <w:t>Identify one lesson from a recent setback.</w:t>
      </w:r>
    </w:p>
    <w:p w14:paraId="74C1144E" w14:textId="77777777" w:rsidR="000C3A91" w:rsidRDefault="00000000">
      <w:pPr>
        <w:spacing w:after="40" w:line="240" w:lineRule="auto"/>
      </w:pPr>
      <w:r>
        <w:rPr>
          <w:b/>
        </w:rPr>
        <w:lastRenderedPageBreak/>
        <w:t>Hope Principle</w:t>
      </w:r>
      <w:r>
        <w:rPr>
          <w:b/>
        </w:rPr>
        <w:br/>
      </w:r>
      <w:r>
        <w:t>God can help us begin again.</w:t>
      </w:r>
    </w:p>
    <w:p w14:paraId="2E34F55D" w14:textId="77777777" w:rsidR="000C3A91" w:rsidRDefault="00000000">
      <w:pPr>
        <w:spacing w:after="40" w:line="240" w:lineRule="auto"/>
      </w:pPr>
      <w:r>
        <w:rPr>
          <w:b/>
        </w:rPr>
        <w:t>Daily Prayer Focus</w:t>
      </w:r>
      <w:r>
        <w:rPr>
          <w:b/>
        </w:rPr>
        <w:br/>
      </w:r>
      <w:r>
        <w:t>Father, give me courage to rise again. Amen.</w:t>
      </w:r>
    </w:p>
    <w:p w14:paraId="40B5C288" w14:textId="77777777" w:rsidR="000C3A91" w:rsidRDefault="00000000">
      <w:pPr>
        <w:spacing w:after="40" w:line="240" w:lineRule="auto"/>
      </w:pPr>
      <w:r>
        <w:rPr>
          <w:b/>
        </w:rPr>
        <w:t>Reflection Question</w:t>
      </w:r>
      <w:r>
        <w:rPr>
          <w:b/>
        </w:rPr>
        <w:br/>
      </w:r>
      <w:r>
        <w:t>What setback have I allowed to define me?</w:t>
      </w:r>
    </w:p>
    <w:p w14:paraId="17F4BBC4" w14:textId="77777777" w:rsidR="000C3A91" w:rsidRDefault="00000000">
      <w:pPr>
        <w:spacing w:after="40" w:line="240" w:lineRule="auto"/>
      </w:pPr>
      <w:r>
        <w:rPr>
          <w:b/>
        </w:rPr>
        <w:t>Today's Declaration</w:t>
      </w:r>
      <w:r>
        <w:rPr>
          <w:b/>
        </w:rPr>
        <w:br/>
      </w:r>
      <w:r>
        <w:t>I will rise and continue.</w:t>
      </w:r>
    </w:p>
    <w:p w14:paraId="22D4184F" w14:textId="77777777" w:rsidR="000C3A91" w:rsidRDefault="000C3A91">
      <w:pPr>
        <w:pBdr>
          <w:bottom w:val="single" w:sz="8" w:space="1" w:color="B28A45"/>
        </w:pBdr>
        <w:spacing w:before="40" w:after="100"/>
      </w:pPr>
    </w:p>
    <w:p w14:paraId="3DB55AD4" w14:textId="77777777" w:rsidR="000C3A91" w:rsidRDefault="00000000">
      <w:pPr>
        <w:pStyle w:val="DayTitle"/>
        <w:spacing w:before="100" w:after="40"/>
      </w:pPr>
      <w:r>
        <w:t>DAY 24: STAND FIRM IN HOPE</w:t>
      </w:r>
    </w:p>
    <w:p w14:paraId="716A3F78" w14:textId="77777777" w:rsidR="000C3A91" w:rsidRDefault="00000000">
      <w:pPr>
        <w:spacing w:after="40" w:line="240" w:lineRule="auto"/>
      </w:pPr>
      <w:r>
        <w:rPr>
          <w:b/>
        </w:rPr>
        <w:t>Heart Principle</w:t>
      </w:r>
      <w:r>
        <w:rPr>
          <w:b/>
        </w:rPr>
        <w:br/>
      </w:r>
      <w:r>
        <w:t>Hope has an anchor.</w:t>
      </w:r>
    </w:p>
    <w:p w14:paraId="1411D13D" w14:textId="77777777" w:rsidR="000C3A91" w:rsidRDefault="00000000">
      <w:pPr>
        <w:spacing w:after="40" w:line="240" w:lineRule="auto"/>
      </w:pPr>
      <w:r>
        <w:rPr>
          <w:b/>
        </w:rPr>
        <w:t>Scripture</w:t>
      </w:r>
      <w:r>
        <w:rPr>
          <w:b/>
        </w:rPr>
        <w:br/>
      </w:r>
      <w:r>
        <w:t>Hebrews 6:19</w:t>
      </w:r>
    </w:p>
    <w:p w14:paraId="0A94C158" w14:textId="77777777" w:rsidR="000C3A91" w:rsidRDefault="00000000">
      <w:pPr>
        <w:spacing w:after="40" w:line="240" w:lineRule="auto"/>
      </w:pPr>
      <w:r>
        <w:rPr>
          <w:b/>
        </w:rPr>
        <w:t>Opening Reflection</w:t>
      </w:r>
      <w:r>
        <w:rPr>
          <w:b/>
        </w:rPr>
        <w:br/>
      </w:r>
      <w:r>
        <w:t>Circumstances may shift without warning, but our hope in God need not be tossed about with every change.</w:t>
      </w:r>
    </w:p>
    <w:p w14:paraId="07C9F895" w14:textId="77777777" w:rsidR="000C3A91" w:rsidRDefault="00000000">
      <w:pPr>
        <w:spacing w:after="40" w:line="240" w:lineRule="auto"/>
      </w:pPr>
      <w:r>
        <w:rPr>
          <w:b/>
        </w:rPr>
        <w:t>Biblical Insight</w:t>
      </w:r>
      <w:r>
        <w:rPr>
          <w:b/>
        </w:rPr>
        <w:br/>
      </w:r>
      <w:r>
        <w:t>Hebrews describes hope as an anchor for the soul.</w:t>
      </w:r>
    </w:p>
    <w:p w14:paraId="6A5214AA" w14:textId="77777777" w:rsidR="000C3A91" w:rsidRDefault="00000000">
      <w:pPr>
        <w:spacing w:after="40" w:line="240" w:lineRule="auto"/>
      </w:pPr>
      <w:r>
        <w:rPr>
          <w:b/>
        </w:rPr>
        <w:t>Bridge to Daily Life</w:t>
      </w:r>
      <w:r>
        <w:rPr>
          <w:b/>
        </w:rPr>
        <w:br/>
      </w:r>
      <w:r>
        <w:t>Write a promise from Scripture and revisit it.</w:t>
      </w:r>
    </w:p>
    <w:p w14:paraId="69EFA1DC" w14:textId="77777777" w:rsidR="000C3A91" w:rsidRDefault="00000000">
      <w:pPr>
        <w:spacing w:after="40" w:line="240" w:lineRule="auto"/>
      </w:pPr>
      <w:r>
        <w:rPr>
          <w:b/>
        </w:rPr>
        <w:t>Hope Principle</w:t>
      </w:r>
      <w:r>
        <w:rPr>
          <w:b/>
        </w:rPr>
        <w:br/>
      </w:r>
      <w:r>
        <w:t>Hope in God gives stability.</w:t>
      </w:r>
    </w:p>
    <w:p w14:paraId="2921688A" w14:textId="77777777" w:rsidR="000C3A91" w:rsidRDefault="00000000">
      <w:pPr>
        <w:spacing w:after="40" w:line="240" w:lineRule="auto"/>
      </w:pPr>
      <w:r>
        <w:rPr>
          <w:b/>
        </w:rPr>
        <w:t>Daily Prayer Focus</w:t>
      </w:r>
      <w:r>
        <w:rPr>
          <w:b/>
        </w:rPr>
        <w:br/>
      </w:r>
      <w:r>
        <w:t>Lord, anchor my heart in Your promises. Amen.</w:t>
      </w:r>
    </w:p>
    <w:p w14:paraId="01B43407" w14:textId="77777777" w:rsidR="000C3A91" w:rsidRDefault="00000000">
      <w:pPr>
        <w:spacing w:after="40" w:line="240" w:lineRule="auto"/>
      </w:pPr>
      <w:r>
        <w:rPr>
          <w:b/>
        </w:rPr>
        <w:t>Reflection Question</w:t>
      </w:r>
      <w:r>
        <w:rPr>
          <w:b/>
        </w:rPr>
        <w:br/>
      </w:r>
      <w:r>
        <w:t>Where do I need steadier hope?</w:t>
      </w:r>
    </w:p>
    <w:p w14:paraId="793CA55D" w14:textId="77777777" w:rsidR="000C3A91" w:rsidRDefault="00000000">
      <w:pPr>
        <w:spacing w:after="40" w:line="240" w:lineRule="auto"/>
      </w:pPr>
      <w:r>
        <w:rPr>
          <w:b/>
        </w:rPr>
        <w:t>Today's Declaration</w:t>
      </w:r>
      <w:r>
        <w:rPr>
          <w:b/>
        </w:rPr>
        <w:br/>
      </w:r>
      <w:r>
        <w:t>My hope is anchored in God.</w:t>
      </w:r>
    </w:p>
    <w:p w14:paraId="26A0E32A" w14:textId="77777777" w:rsidR="000C3A91" w:rsidRDefault="00000000">
      <w:r>
        <w:br w:type="page"/>
      </w:r>
    </w:p>
    <w:p w14:paraId="05378EEA" w14:textId="77777777" w:rsidR="000C3A91" w:rsidRDefault="00000000">
      <w:pPr>
        <w:pStyle w:val="DayTitle"/>
        <w:spacing w:before="100" w:after="40"/>
      </w:pPr>
      <w:r>
        <w:lastRenderedPageBreak/>
        <w:t>DAY 25: WAIT WITHOUT GIVING UP</w:t>
      </w:r>
    </w:p>
    <w:p w14:paraId="3F725384" w14:textId="77777777" w:rsidR="000C3A91" w:rsidRDefault="00000000">
      <w:pPr>
        <w:spacing w:after="40" w:line="240" w:lineRule="auto"/>
      </w:pPr>
      <w:r>
        <w:rPr>
          <w:b/>
        </w:rPr>
        <w:t>Heart Principle</w:t>
      </w:r>
      <w:r>
        <w:rPr>
          <w:b/>
        </w:rPr>
        <w:br/>
      </w:r>
      <w:r>
        <w:t>Patience can be active faith.</w:t>
      </w:r>
    </w:p>
    <w:p w14:paraId="1FFAC4C0" w14:textId="77777777" w:rsidR="000C3A91" w:rsidRDefault="00000000">
      <w:pPr>
        <w:spacing w:after="40" w:line="240" w:lineRule="auto"/>
      </w:pPr>
      <w:r>
        <w:rPr>
          <w:b/>
        </w:rPr>
        <w:t>Scripture</w:t>
      </w:r>
      <w:r>
        <w:rPr>
          <w:b/>
        </w:rPr>
        <w:br/>
      </w:r>
      <w:r>
        <w:t>Romans 12:12</w:t>
      </w:r>
    </w:p>
    <w:p w14:paraId="725AAC66" w14:textId="77777777" w:rsidR="000C3A91" w:rsidRDefault="00000000">
      <w:pPr>
        <w:spacing w:after="40" w:line="240" w:lineRule="auto"/>
      </w:pPr>
      <w:r>
        <w:rPr>
          <w:b/>
        </w:rPr>
        <w:t>Opening Reflection</w:t>
      </w:r>
      <w:r>
        <w:rPr>
          <w:b/>
        </w:rPr>
        <w:br/>
      </w:r>
      <w:r>
        <w:t>Waiting is not always inactivity. We can keep praying, preparing, and serving while trusting God with timing.</w:t>
      </w:r>
    </w:p>
    <w:p w14:paraId="1B94BD2B" w14:textId="77777777" w:rsidR="000C3A91" w:rsidRDefault="00000000">
      <w:pPr>
        <w:spacing w:after="40" w:line="240" w:lineRule="auto"/>
      </w:pPr>
      <w:r>
        <w:rPr>
          <w:b/>
        </w:rPr>
        <w:t>Biblical Insight</w:t>
      </w:r>
      <w:r>
        <w:rPr>
          <w:b/>
        </w:rPr>
        <w:br/>
      </w:r>
      <w:r>
        <w:t>Paul joins hope, patience in trouble, and faithful prayer.</w:t>
      </w:r>
    </w:p>
    <w:p w14:paraId="3429D4B1" w14:textId="77777777" w:rsidR="000C3A91" w:rsidRDefault="00000000">
      <w:pPr>
        <w:spacing w:after="40" w:line="240" w:lineRule="auto"/>
      </w:pPr>
      <w:r>
        <w:rPr>
          <w:b/>
        </w:rPr>
        <w:t>Bridge to Daily Life</w:t>
      </w:r>
      <w:r>
        <w:rPr>
          <w:b/>
        </w:rPr>
        <w:br/>
      </w:r>
      <w:r>
        <w:t>Use a waiting season for one meaningful action.</w:t>
      </w:r>
    </w:p>
    <w:p w14:paraId="43D15B60" w14:textId="77777777" w:rsidR="000C3A91" w:rsidRDefault="00000000">
      <w:pPr>
        <w:spacing w:after="40" w:line="240" w:lineRule="auto"/>
      </w:pPr>
      <w:r>
        <w:rPr>
          <w:b/>
        </w:rPr>
        <w:t>Hope Principle</w:t>
      </w:r>
      <w:r>
        <w:rPr>
          <w:b/>
        </w:rPr>
        <w:br/>
      </w:r>
      <w:r>
        <w:t>God can shape us in the meantime.</w:t>
      </w:r>
    </w:p>
    <w:p w14:paraId="51AB39E1" w14:textId="77777777" w:rsidR="000C3A91" w:rsidRDefault="00000000">
      <w:pPr>
        <w:spacing w:after="40" w:line="240" w:lineRule="auto"/>
      </w:pPr>
      <w:r>
        <w:rPr>
          <w:b/>
        </w:rPr>
        <w:t>Daily Prayer Focus</w:t>
      </w:r>
      <w:r>
        <w:rPr>
          <w:b/>
        </w:rPr>
        <w:br/>
      </w:r>
      <w:r>
        <w:t>Father, strengthen my patience and purpose. Amen.</w:t>
      </w:r>
    </w:p>
    <w:p w14:paraId="30D85BEF" w14:textId="77777777" w:rsidR="000C3A91" w:rsidRDefault="00000000">
      <w:pPr>
        <w:spacing w:after="40" w:line="240" w:lineRule="auto"/>
      </w:pPr>
      <w:r>
        <w:rPr>
          <w:b/>
        </w:rPr>
        <w:t>Reflection Question</w:t>
      </w:r>
      <w:r>
        <w:rPr>
          <w:b/>
        </w:rPr>
        <w:br/>
      </w:r>
      <w:r>
        <w:t>How can I be faithful while waiting?</w:t>
      </w:r>
    </w:p>
    <w:p w14:paraId="774BA894" w14:textId="77777777" w:rsidR="000C3A91" w:rsidRDefault="00000000">
      <w:pPr>
        <w:spacing w:after="40" w:line="240" w:lineRule="auto"/>
      </w:pPr>
      <w:r>
        <w:rPr>
          <w:b/>
        </w:rPr>
        <w:t>Today's Declaration</w:t>
      </w:r>
      <w:r>
        <w:rPr>
          <w:b/>
        </w:rPr>
        <w:br/>
      </w:r>
      <w:r>
        <w:t>I will wait with purpose.</w:t>
      </w:r>
    </w:p>
    <w:p w14:paraId="2C8F1DEB" w14:textId="77777777" w:rsidR="000C3A91" w:rsidRDefault="000C3A91">
      <w:pPr>
        <w:pBdr>
          <w:bottom w:val="single" w:sz="8" w:space="1" w:color="B28A45"/>
        </w:pBdr>
        <w:spacing w:before="40" w:after="100"/>
      </w:pPr>
    </w:p>
    <w:p w14:paraId="097B866F" w14:textId="77777777" w:rsidR="000C3A91" w:rsidRDefault="00000000">
      <w:pPr>
        <w:pStyle w:val="DayTitle"/>
        <w:spacing w:before="100" w:after="40"/>
      </w:pPr>
      <w:r>
        <w:t>DAY 26: FIND STRENGTH TO CONTINUE</w:t>
      </w:r>
    </w:p>
    <w:p w14:paraId="62E0FD6E" w14:textId="77777777" w:rsidR="000C3A91" w:rsidRDefault="00000000">
      <w:pPr>
        <w:spacing w:after="40" w:line="240" w:lineRule="auto"/>
      </w:pPr>
      <w:r>
        <w:rPr>
          <w:b/>
        </w:rPr>
        <w:t>Heart Principle</w:t>
      </w:r>
      <w:r>
        <w:rPr>
          <w:b/>
        </w:rPr>
        <w:br/>
      </w:r>
      <w:r>
        <w:t>God meets us in weakness.</w:t>
      </w:r>
    </w:p>
    <w:p w14:paraId="6C674C23" w14:textId="77777777" w:rsidR="000C3A91" w:rsidRDefault="00000000">
      <w:pPr>
        <w:spacing w:after="40" w:line="240" w:lineRule="auto"/>
      </w:pPr>
      <w:r>
        <w:rPr>
          <w:b/>
        </w:rPr>
        <w:t>Scripture</w:t>
      </w:r>
      <w:r>
        <w:rPr>
          <w:b/>
        </w:rPr>
        <w:br/>
      </w:r>
      <w:r>
        <w:t>2 Corinthians 12:9</w:t>
      </w:r>
    </w:p>
    <w:p w14:paraId="51E0B920" w14:textId="77777777" w:rsidR="000C3A91" w:rsidRDefault="00000000">
      <w:pPr>
        <w:spacing w:after="40" w:line="240" w:lineRule="auto"/>
      </w:pPr>
      <w:r>
        <w:rPr>
          <w:b/>
        </w:rPr>
        <w:t>Opening Reflection</w:t>
      </w:r>
      <w:r>
        <w:rPr>
          <w:b/>
        </w:rPr>
        <w:br/>
      </w:r>
      <w:r>
        <w:t>We often feel pressured to appear strong. Admitting our limitations can open us to God’s grace and the support of others.</w:t>
      </w:r>
    </w:p>
    <w:p w14:paraId="352AD55F" w14:textId="77777777" w:rsidR="000C3A91" w:rsidRDefault="00000000">
      <w:pPr>
        <w:spacing w:after="40" w:line="240" w:lineRule="auto"/>
      </w:pPr>
      <w:r>
        <w:rPr>
          <w:b/>
        </w:rPr>
        <w:t>Biblical Insight</w:t>
      </w:r>
      <w:r>
        <w:rPr>
          <w:b/>
        </w:rPr>
        <w:br/>
      </w:r>
      <w:r>
        <w:t>Paul learned that Christ’s power is made perfect in weakness.</w:t>
      </w:r>
    </w:p>
    <w:p w14:paraId="474861B2" w14:textId="77777777" w:rsidR="000C3A91" w:rsidRDefault="00000000">
      <w:pPr>
        <w:spacing w:after="40" w:line="240" w:lineRule="auto"/>
      </w:pPr>
      <w:r>
        <w:rPr>
          <w:b/>
        </w:rPr>
        <w:t>Bridge to Daily Life</w:t>
      </w:r>
      <w:r>
        <w:rPr>
          <w:b/>
        </w:rPr>
        <w:br/>
      </w:r>
      <w:r>
        <w:t>Ask for help in one area where you need support.</w:t>
      </w:r>
    </w:p>
    <w:p w14:paraId="3ED8CEBE" w14:textId="77777777" w:rsidR="000C3A91" w:rsidRDefault="00000000">
      <w:pPr>
        <w:spacing w:after="40" w:line="240" w:lineRule="auto"/>
      </w:pPr>
      <w:r>
        <w:rPr>
          <w:b/>
        </w:rPr>
        <w:lastRenderedPageBreak/>
        <w:t>Hope Principle</w:t>
      </w:r>
      <w:r>
        <w:rPr>
          <w:b/>
        </w:rPr>
        <w:br/>
      </w:r>
      <w:r>
        <w:t>God’s grace is sufficient for today.</w:t>
      </w:r>
    </w:p>
    <w:p w14:paraId="1E802A23" w14:textId="77777777" w:rsidR="000C3A91" w:rsidRDefault="00000000">
      <w:pPr>
        <w:spacing w:after="40" w:line="240" w:lineRule="auto"/>
      </w:pPr>
      <w:r>
        <w:rPr>
          <w:b/>
        </w:rPr>
        <w:t>Daily Prayer Focus</w:t>
      </w:r>
      <w:r>
        <w:rPr>
          <w:b/>
        </w:rPr>
        <w:br/>
      </w:r>
      <w:r>
        <w:t>Jesus, meet me where I am weak. Amen.</w:t>
      </w:r>
    </w:p>
    <w:p w14:paraId="35DD55C2" w14:textId="77777777" w:rsidR="000C3A91" w:rsidRDefault="00000000">
      <w:pPr>
        <w:spacing w:after="40" w:line="240" w:lineRule="auto"/>
      </w:pPr>
      <w:r>
        <w:rPr>
          <w:b/>
        </w:rPr>
        <w:t>Reflection Question</w:t>
      </w:r>
      <w:r>
        <w:rPr>
          <w:b/>
        </w:rPr>
        <w:br/>
      </w:r>
      <w:r>
        <w:t>Where do I need to accept help?</w:t>
      </w:r>
    </w:p>
    <w:p w14:paraId="072FD38A" w14:textId="77777777" w:rsidR="000C3A91" w:rsidRDefault="00000000">
      <w:pPr>
        <w:spacing w:after="40" w:line="240" w:lineRule="auto"/>
      </w:pPr>
      <w:r>
        <w:rPr>
          <w:b/>
        </w:rPr>
        <w:t>Today's Declaration</w:t>
      </w:r>
      <w:r>
        <w:rPr>
          <w:b/>
        </w:rPr>
        <w:br/>
      </w:r>
      <w:r>
        <w:t>His grace will sustain me.</w:t>
      </w:r>
    </w:p>
    <w:p w14:paraId="24D2C67B" w14:textId="77777777" w:rsidR="00286600" w:rsidRDefault="00286600" w:rsidP="00286600"/>
    <w:p w14:paraId="4A34E365" w14:textId="55FEA37D" w:rsidR="000C3A91" w:rsidRPr="00286600" w:rsidRDefault="00000000" w:rsidP="00286600">
      <w:pPr>
        <w:rPr>
          <w:b/>
          <w:bCs/>
          <w:sz w:val="28"/>
          <w:szCs w:val="28"/>
        </w:rPr>
      </w:pPr>
      <w:r w:rsidRPr="00286600">
        <w:rPr>
          <w:b/>
          <w:bCs/>
          <w:sz w:val="28"/>
          <w:szCs w:val="28"/>
        </w:rPr>
        <w:t>DAY 27: KEEP YOUR EYES ON CHRIST</w:t>
      </w:r>
    </w:p>
    <w:p w14:paraId="6A048702" w14:textId="77777777" w:rsidR="000C3A91" w:rsidRDefault="00000000">
      <w:pPr>
        <w:spacing w:after="40" w:line="240" w:lineRule="auto"/>
      </w:pPr>
      <w:r>
        <w:rPr>
          <w:b/>
        </w:rPr>
        <w:t>Heart Principle</w:t>
      </w:r>
      <w:r>
        <w:rPr>
          <w:b/>
        </w:rPr>
        <w:br/>
      </w:r>
      <w:r>
        <w:t>Focus helps us endure.</w:t>
      </w:r>
    </w:p>
    <w:p w14:paraId="4ABC5874" w14:textId="77777777" w:rsidR="000C3A91" w:rsidRDefault="00000000">
      <w:pPr>
        <w:spacing w:after="40" w:line="240" w:lineRule="auto"/>
      </w:pPr>
      <w:r>
        <w:rPr>
          <w:b/>
        </w:rPr>
        <w:t>Scripture</w:t>
      </w:r>
      <w:r>
        <w:rPr>
          <w:b/>
        </w:rPr>
        <w:br/>
      </w:r>
      <w:r>
        <w:t>Hebrews 12:2</w:t>
      </w:r>
    </w:p>
    <w:p w14:paraId="369A363A" w14:textId="77777777" w:rsidR="000C3A91" w:rsidRDefault="00000000">
      <w:pPr>
        <w:spacing w:after="40" w:line="240" w:lineRule="auto"/>
      </w:pPr>
      <w:r>
        <w:rPr>
          <w:b/>
        </w:rPr>
        <w:t>Opening Reflection</w:t>
      </w:r>
      <w:r>
        <w:rPr>
          <w:b/>
        </w:rPr>
        <w:br/>
      </w:r>
      <w:r>
        <w:t>Distractions and comparisons can pull our attention away from our calling. Looking to Jesus restores our perspective.</w:t>
      </w:r>
    </w:p>
    <w:p w14:paraId="551F31FA" w14:textId="77777777" w:rsidR="000C3A91" w:rsidRDefault="00000000">
      <w:pPr>
        <w:spacing w:after="40" w:line="240" w:lineRule="auto"/>
      </w:pPr>
      <w:r>
        <w:rPr>
          <w:b/>
        </w:rPr>
        <w:t>Biblical Insight</w:t>
      </w:r>
      <w:r>
        <w:rPr>
          <w:b/>
        </w:rPr>
        <w:br/>
      </w:r>
      <w:r>
        <w:t>Hebrews directs believers to Jesus as the pioneer and perfecter of faith.</w:t>
      </w:r>
    </w:p>
    <w:p w14:paraId="28CD14AB" w14:textId="77777777" w:rsidR="000C3A91" w:rsidRDefault="00000000">
      <w:pPr>
        <w:spacing w:after="40" w:line="240" w:lineRule="auto"/>
      </w:pPr>
      <w:r>
        <w:rPr>
          <w:b/>
        </w:rPr>
        <w:t>Bridge to Daily Life</w:t>
      </w:r>
      <w:r>
        <w:rPr>
          <w:b/>
        </w:rPr>
        <w:br/>
      </w:r>
      <w:r>
        <w:t>Limit one distraction during your prayer time.</w:t>
      </w:r>
    </w:p>
    <w:p w14:paraId="5E9EBD95" w14:textId="77777777" w:rsidR="000C3A91" w:rsidRDefault="00000000">
      <w:pPr>
        <w:spacing w:after="40" w:line="240" w:lineRule="auto"/>
      </w:pPr>
      <w:r>
        <w:rPr>
          <w:b/>
        </w:rPr>
        <w:t>Hope Principle</w:t>
      </w:r>
      <w:r>
        <w:rPr>
          <w:b/>
        </w:rPr>
        <w:br/>
      </w:r>
      <w:r>
        <w:t>Christ is worthy of our attention.</w:t>
      </w:r>
    </w:p>
    <w:p w14:paraId="0ADBF8B0" w14:textId="77777777" w:rsidR="000C3A91" w:rsidRDefault="00000000">
      <w:pPr>
        <w:spacing w:after="40" w:line="240" w:lineRule="auto"/>
      </w:pPr>
      <w:r>
        <w:rPr>
          <w:b/>
        </w:rPr>
        <w:t>Daily Prayer Focus</w:t>
      </w:r>
      <w:r>
        <w:rPr>
          <w:b/>
        </w:rPr>
        <w:br/>
      </w:r>
      <w:r>
        <w:t>Lord, refocus my heart on You. Amen.</w:t>
      </w:r>
    </w:p>
    <w:p w14:paraId="33E03F92" w14:textId="77777777" w:rsidR="000C3A91" w:rsidRDefault="00000000">
      <w:pPr>
        <w:spacing w:after="40" w:line="240" w:lineRule="auto"/>
      </w:pPr>
      <w:r>
        <w:rPr>
          <w:b/>
        </w:rPr>
        <w:t>Reflection Question</w:t>
      </w:r>
      <w:r>
        <w:rPr>
          <w:b/>
        </w:rPr>
        <w:br/>
      </w:r>
      <w:r>
        <w:t>What has distracted me from my purpose?</w:t>
      </w:r>
    </w:p>
    <w:p w14:paraId="3CF39064" w14:textId="77777777" w:rsidR="000C3A91" w:rsidRDefault="00000000">
      <w:pPr>
        <w:spacing w:after="40" w:line="240" w:lineRule="auto"/>
      </w:pPr>
      <w:r>
        <w:rPr>
          <w:b/>
        </w:rPr>
        <w:t>Today's Declaration</w:t>
      </w:r>
      <w:r>
        <w:rPr>
          <w:b/>
        </w:rPr>
        <w:br/>
      </w:r>
      <w:r>
        <w:t>I will fix my eyes on Jesus.</w:t>
      </w:r>
    </w:p>
    <w:p w14:paraId="66F729B0" w14:textId="77777777" w:rsidR="000C3A91" w:rsidRDefault="000C3A91">
      <w:pPr>
        <w:pBdr>
          <w:bottom w:val="single" w:sz="8" w:space="1" w:color="B28A45"/>
        </w:pBdr>
        <w:spacing w:before="40" w:after="100"/>
      </w:pPr>
    </w:p>
    <w:p w14:paraId="33072B37" w14:textId="77777777" w:rsidR="000C3A91" w:rsidRDefault="00000000">
      <w:pPr>
        <w:pStyle w:val="DayTitle"/>
        <w:spacing w:before="100" w:after="40"/>
      </w:pPr>
      <w:r>
        <w:t>DAY 28: FINISH WITH FAITHFULNESS</w:t>
      </w:r>
    </w:p>
    <w:p w14:paraId="3511B47F" w14:textId="77777777" w:rsidR="000C3A91" w:rsidRDefault="00000000">
      <w:pPr>
        <w:spacing w:after="40" w:line="240" w:lineRule="auto"/>
      </w:pPr>
      <w:r>
        <w:rPr>
          <w:b/>
        </w:rPr>
        <w:lastRenderedPageBreak/>
        <w:t>Heart Principle</w:t>
      </w:r>
      <w:r>
        <w:rPr>
          <w:b/>
        </w:rPr>
        <w:br/>
      </w:r>
      <w:r>
        <w:t>How we finish matters.</w:t>
      </w:r>
    </w:p>
    <w:p w14:paraId="03464BF9" w14:textId="77777777" w:rsidR="000C3A91" w:rsidRDefault="00000000">
      <w:pPr>
        <w:spacing w:after="40" w:line="240" w:lineRule="auto"/>
      </w:pPr>
      <w:r>
        <w:rPr>
          <w:b/>
        </w:rPr>
        <w:t>Scripture</w:t>
      </w:r>
      <w:r>
        <w:rPr>
          <w:b/>
        </w:rPr>
        <w:br/>
      </w:r>
      <w:r>
        <w:t>2 Timothy 4:7</w:t>
      </w:r>
    </w:p>
    <w:p w14:paraId="3ADD4F26" w14:textId="77777777" w:rsidR="000C3A91" w:rsidRDefault="00000000">
      <w:pPr>
        <w:spacing w:after="40" w:line="240" w:lineRule="auto"/>
      </w:pPr>
      <w:r>
        <w:rPr>
          <w:b/>
        </w:rPr>
        <w:t>Opening Reflection</w:t>
      </w:r>
      <w:r>
        <w:rPr>
          <w:b/>
        </w:rPr>
        <w:br/>
      </w:r>
      <w:r>
        <w:t>Finishing well does not mean doing everything perfectly. It means remaining committed to what God has placed before us.</w:t>
      </w:r>
    </w:p>
    <w:p w14:paraId="5732276B" w14:textId="77777777" w:rsidR="000C3A91" w:rsidRDefault="00000000">
      <w:pPr>
        <w:spacing w:after="40" w:line="240" w:lineRule="auto"/>
      </w:pPr>
      <w:r>
        <w:rPr>
          <w:b/>
        </w:rPr>
        <w:t>Biblical Insight</w:t>
      </w:r>
      <w:r>
        <w:rPr>
          <w:b/>
        </w:rPr>
        <w:br/>
      </w:r>
      <w:r>
        <w:t>Paul reflects on having kept the faith through his journey.</w:t>
      </w:r>
    </w:p>
    <w:p w14:paraId="3A1F10B5" w14:textId="77777777" w:rsidR="000C3A91" w:rsidRDefault="00000000">
      <w:pPr>
        <w:spacing w:after="40" w:line="240" w:lineRule="auto"/>
      </w:pPr>
      <w:r>
        <w:rPr>
          <w:b/>
        </w:rPr>
        <w:t>Bridge to Daily Life</w:t>
      </w:r>
      <w:r>
        <w:rPr>
          <w:b/>
        </w:rPr>
        <w:br/>
      </w:r>
      <w:r>
        <w:t>Finish one commitment you have been postponing.</w:t>
      </w:r>
    </w:p>
    <w:p w14:paraId="54D0CB9D" w14:textId="77777777" w:rsidR="000C3A91" w:rsidRDefault="00000000">
      <w:pPr>
        <w:spacing w:after="40" w:line="240" w:lineRule="auto"/>
      </w:pPr>
      <w:r>
        <w:rPr>
          <w:b/>
        </w:rPr>
        <w:t>Hope Principle</w:t>
      </w:r>
      <w:r>
        <w:rPr>
          <w:b/>
        </w:rPr>
        <w:br/>
      </w:r>
      <w:r>
        <w:t>Faithful effort has lasting value.</w:t>
      </w:r>
    </w:p>
    <w:p w14:paraId="69203A66" w14:textId="77777777" w:rsidR="000C3A91" w:rsidRDefault="00000000">
      <w:pPr>
        <w:spacing w:after="40" w:line="240" w:lineRule="auto"/>
      </w:pPr>
      <w:r>
        <w:rPr>
          <w:b/>
        </w:rPr>
        <w:t>Daily Prayer Focus</w:t>
      </w:r>
      <w:r>
        <w:rPr>
          <w:b/>
        </w:rPr>
        <w:br/>
      </w:r>
      <w:r>
        <w:t>Father, help me finish this season well. Amen.</w:t>
      </w:r>
    </w:p>
    <w:p w14:paraId="146D3845" w14:textId="77777777" w:rsidR="000C3A91" w:rsidRDefault="00000000">
      <w:pPr>
        <w:spacing w:after="40" w:line="240" w:lineRule="auto"/>
      </w:pPr>
      <w:r>
        <w:rPr>
          <w:b/>
        </w:rPr>
        <w:t>Reflection Question</w:t>
      </w:r>
      <w:r>
        <w:rPr>
          <w:b/>
        </w:rPr>
        <w:br/>
      </w:r>
      <w:r>
        <w:t>What needs my faithful attention?</w:t>
      </w:r>
    </w:p>
    <w:p w14:paraId="3D14610B" w14:textId="77777777" w:rsidR="000C3A91" w:rsidRDefault="00000000">
      <w:pPr>
        <w:spacing w:after="40" w:line="240" w:lineRule="auto"/>
      </w:pPr>
      <w:r>
        <w:rPr>
          <w:b/>
        </w:rPr>
        <w:t>Today's Declaration</w:t>
      </w:r>
      <w:r>
        <w:rPr>
          <w:b/>
        </w:rPr>
        <w:br/>
      </w:r>
      <w:r>
        <w:t>I will finish with faith.</w:t>
      </w:r>
    </w:p>
    <w:p w14:paraId="51DBC2C1" w14:textId="77777777" w:rsidR="000C3A91" w:rsidRDefault="00000000">
      <w:r>
        <w:br w:type="page"/>
      </w:r>
    </w:p>
    <w:p w14:paraId="3E6521D5" w14:textId="707243B2" w:rsidR="000C3A91" w:rsidRDefault="00286600" w:rsidP="00286600">
      <w:r>
        <w:rPr>
          <w:noProof/>
        </w:rPr>
        <w:lastRenderedPageBreak/>
        <w:drawing>
          <wp:anchor distT="0" distB="0" distL="114300" distR="114300" simplePos="0" relativeHeight="251659264" behindDoc="0" locked="0" layoutInCell="1" allowOverlap="1" wp14:anchorId="3CE83A34" wp14:editId="0441EEC9">
            <wp:simplePos x="0" y="0"/>
            <wp:positionH relativeFrom="column">
              <wp:posOffset>-453390</wp:posOffset>
            </wp:positionH>
            <wp:positionV relativeFrom="paragraph">
              <wp:posOffset>-535940</wp:posOffset>
            </wp:positionV>
            <wp:extent cx="4848225" cy="6715125"/>
            <wp:effectExtent l="0" t="0" r="9525" b="9525"/>
            <wp:wrapSquare wrapText="bothSides"/>
            <wp:docPr id="12533049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304972" name="Picture 1253304972"/>
                    <pic:cNvPicPr/>
                  </pic:nvPicPr>
                  <pic:blipFill>
                    <a:blip r:embed="rId14"/>
                    <a:stretch>
                      <a:fillRect/>
                    </a:stretch>
                  </pic:blipFill>
                  <pic:spPr>
                    <a:xfrm>
                      <a:off x="0" y="0"/>
                      <a:ext cx="4848225" cy="6715125"/>
                    </a:xfrm>
                    <a:prstGeom prst="rect">
                      <a:avLst/>
                    </a:prstGeom>
                  </pic:spPr>
                </pic:pic>
              </a:graphicData>
            </a:graphic>
            <wp14:sizeRelH relativeFrom="margin">
              <wp14:pctWidth>0</wp14:pctWidth>
            </wp14:sizeRelH>
            <wp14:sizeRelV relativeFrom="margin">
              <wp14:pctHeight>0</wp14:pctHeight>
            </wp14:sizeRelV>
          </wp:anchor>
        </w:drawing>
      </w:r>
    </w:p>
    <w:p w14:paraId="48CFAC30" w14:textId="77777777" w:rsidR="000C3A91" w:rsidRDefault="00000000">
      <w:pPr>
        <w:pStyle w:val="DayTitle"/>
        <w:spacing w:before="100" w:after="40"/>
      </w:pPr>
      <w:r>
        <w:lastRenderedPageBreak/>
        <w:t xml:space="preserve">DAY 29: </w:t>
      </w:r>
      <w:proofErr w:type="gramStart"/>
      <w:r>
        <w:t>COMMIT</w:t>
      </w:r>
      <w:proofErr w:type="gramEnd"/>
      <w:r>
        <w:t xml:space="preserve"> YOUR PLANS</w:t>
      </w:r>
    </w:p>
    <w:p w14:paraId="620D9609" w14:textId="77777777" w:rsidR="000C3A91" w:rsidRDefault="00000000">
      <w:pPr>
        <w:spacing w:after="40" w:line="240" w:lineRule="auto"/>
      </w:pPr>
      <w:r>
        <w:rPr>
          <w:b/>
        </w:rPr>
        <w:t>Heart Principle</w:t>
      </w:r>
      <w:r>
        <w:rPr>
          <w:b/>
        </w:rPr>
        <w:br/>
      </w:r>
      <w:r>
        <w:t>Planning and surrender can work together.</w:t>
      </w:r>
    </w:p>
    <w:p w14:paraId="3E41C6FD" w14:textId="77777777" w:rsidR="000C3A91" w:rsidRDefault="00000000">
      <w:pPr>
        <w:spacing w:after="40" w:line="240" w:lineRule="auto"/>
      </w:pPr>
      <w:r>
        <w:rPr>
          <w:b/>
        </w:rPr>
        <w:t>Scripture</w:t>
      </w:r>
      <w:r>
        <w:rPr>
          <w:b/>
        </w:rPr>
        <w:br/>
      </w:r>
      <w:r>
        <w:t>Proverbs 16:3</w:t>
      </w:r>
    </w:p>
    <w:p w14:paraId="7C7BAB14" w14:textId="77777777" w:rsidR="000C3A91" w:rsidRDefault="00000000">
      <w:pPr>
        <w:spacing w:after="40" w:line="240" w:lineRule="auto"/>
      </w:pPr>
      <w:r>
        <w:rPr>
          <w:b/>
        </w:rPr>
        <w:t>Opening Reflection</w:t>
      </w:r>
      <w:r>
        <w:rPr>
          <w:b/>
        </w:rPr>
        <w:br/>
      </w:r>
      <w:r>
        <w:t>A new month invites fresh plans. We can prepare responsibly while holding our expectations with open hands before God.</w:t>
      </w:r>
    </w:p>
    <w:p w14:paraId="2F5F0FEF" w14:textId="77777777" w:rsidR="000C3A91" w:rsidRDefault="00000000">
      <w:pPr>
        <w:spacing w:after="40" w:line="240" w:lineRule="auto"/>
      </w:pPr>
      <w:r>
        <w:rPr>
          <w:b/>
        </w:rPr>
        <w:t>Biblical Insight</w:t>
      </w:r>
      <w:r>
        <w:rPr>
          <w:b/>
        </w:rPr>
        <w:br/>
      </w:r>
      <w:r>
        <w:t>Proverbs encourages entrusting our work to the Lord.</w:t>
      </w:r>
    </w:p>
    <w:p w14:paraId="6CF30C6D" w14:textId="77777777" w:rsidR="000C3A91" w:rsidRDefault="00000000">
      <w:pPr>
        <w:spacing w:after="40" w:line="240" w:lineRule="auto"/>
      </w:pPr>
      <w:r>
        <w:rPr>
          <w:b/>
        </w:rPr>
        <w:t>Bridge to Daily Life</w:t>
      </w:r>
      <w:r>
        <w:rPr>
          <w:b/>
        </w:rPr>
        <w:br/>
      </w:r>
      <w:r>
        <w:t>Pray over your priorities for the coming month.</w:t>
      </w:r>
    </w:p>
    <w:p w14:paraId="4330B22D" w14:textId="77777777" w:rsidR="000C3A91" w:rsidRDefault="00000000">
      <w:pPr>
        <w:spacing w:after="40" w:line="240" w:lineRule="auto"/>
      </w:pPr>
      <w:r>
        <w:rPr>
          <w:b/>
        </w:rPr>
        <w:t>Hope Principle</w:t>
      </w:r>
      <w:r>
        <w:rPr>
          <w:b/>
        </w:rPr>
        <w:br/>
      </w:r>
      <w:r>
        <w:t>God can guide our plans.</w:t>
      </w:r>
    </w:p>
    <w:p w14:paraId="3E303680" w14:textId="77777777" w:rsidR="000C3A91" w:rsidRDefault="00000000">
      <w:pPr>
        <w:spacing w:after="40" w:line="240" w:lineRule="auto"/>
      </w:pPr>
      <w:r>
        <w:rPr>
          <w:b/>
        </w:rPr>
        <w:t>Daily Prayer Focus</w:t>
      </w:r>
      <w:r>
        <w:rPr>
          <w:b/>
        </w:rPr>
        <w:br/>
      </w:r>
      <w:r>
        <w:t>Lord, direct the work of my hands. Amen.</w:t>
      </w:r>
    </w:p>
    <w:p w14:paraId="5AA79148" w14:textId="77777777" w:rsidR="000C3A91" w:rsidRDefault="00000000">
      <w:pPr>
        <w:spacing w:after="40" w:line="240" w:lineRule="auto"/>
      </w:pPr>
      <w:r>
        <w:rPr>
          <w:b/>
        </w:rPr>
        <w:t>Reflection Question</w:t>
      </w:r>
      <w:r>
        <w:rPr>
          <w:b/>
        </w:rPr>
        <w:br/>
      </w:r>
      <w:r>
        <w:t>What plans do I need to commit to God?</w:t>
      </w:r>
    </w:p>
    <w:p w14:paraId="697D6D9E" w14:textId="77777777" w:rsidR="000C3A91" w:rsidRDefault="00000000">
      <w:pPr>
        <w:spacing w:after="40" w:line="240" w:lineRule="auto"/>
      </w:pPr>
      <w:r>
        <w:rPr>
          <w:b/>
        </w:rPr>
        <w:t>Today's Declaration</w:t>
      </w:r>
      <w:r>
        <w:rPr>
          <w:b/>
        </w:rPr>
        <w:br/>
      </w:r>
      <w:r>
        <w:t>I will plan prayerfully.</w:t>
      </w:r>
    </w:p>
    <w:p w14:paraId="0BE326E9" w14:textId="77777777" w:rsidR="000C3A91" w:rsidRDefault="000C3A91">
      <w:pPr>
        <w:pBdr>
          <w:bottom w:val="single" w:sz="8" w:space="1" w:color="B28A45"/>
        </w:pBdr>
        <w:spacing w:before="40" w:after="100"/>
      </w:pPr>
    </w:p>
    <w:p w14:paraId="24586A53" w14:textId="77777777" w:rsidR="000C3A91" w:rsidRDefault="00000000">
      <w:pPr>
        <w:pStyle w:val="DayTitle"/>
        <w:spacing w:before="100" w:after="40"/>
      </w:pPr>
      <w:r>
        <w:t>DAY 30: STEP INTO THE NEW SEASON</w:t>
      </w:r>
    </w:p>
    <w:p w14:paraId="6EF3B609" w14:textId="77777777" w:rsidR="000C3A91" w:rsidRDefault="00000000">
      <w:pPr>
        <w:spacing w:after="40" w:line="240" w:lineRule="auto"/>
      </w:pPr>
      <w:r>
        <w:rPr>
          <w:b/>
        </w:rPr>
        <w:t>Heart Principle</w:t>
      </w:r>
      <w:r>
        <w:rPr>
          <w:b/>
        </w:rPr>
        <w:br/>
      </w:r>
      <w:r>
        <w:t>God remains faithful through change.</w:t>
      </w:r>
    </w:p>
    <w:p w14:paraId="169B66D7" w14:textId="77777777" w:rsidR="000C3A91" w:rsidRDefault="00000000">
      <w:pPr>
        <w:spacing w:after="40" w:line="240" w:lineRule="auto"/>
      </w:pPr>
      <w:r>
        <w:rPr>
          <w:b/>
        </w:rPr>
        <w:t>Scripture</w:t>
      </w:r>
      <w:r>
        <w:rPr>
          <w:b/>
        </w:rPr>
        <w:br/>
      </w:r>
      <w:r>
        <w:t>Isaiah 43:19</w:t>
      </w:r>
    </w:p>
    <w:p w14:paraId="62C50B6A" w14:textId="77777777" w:rsidR="000C3A91" w:rsidRDefault="00000000">
      <w:pPr>
        <w:spacing w:after="40" w:line="240" w:lineRule="auto"/>
      </w:pPr>
      <w:r>
        <w:rPr>
          <w:b/>
        </w:rPr>
        <w:t>Opening Reflection</w:t>
      </w:r>
      <w:r>
        <w:rPr>
          <w:b/>
        </w:rPr>
        <w:br/>
      </w:r>
      <w:r>
        <w:t>As November closes, we can welcome what lies ahead without pretending we know every detail. The same God who led us this far remains with us.</w:t>
      </w:r>
    </w:p>
    <w:p w14:paraId="3C53BC06" w14:textId="77777777" w:rsidR="000C3A91" w:rsidRDefault="00000000">
      <w:pPr>
        <w:spacing w:after="40" w:line="240" w:lineRule="auto"/>
      </w:pPr>
      <w:r>
        <w:rPr>
          <w:b/>
        </w:rPr>
        <w:t>Biblical Insight</w:t>
      </w:r>
      <w:r>
        <w:rPr>
          <w:b/>
        </w:rPr>
        <w:br/>
      </w:r>
      <w:r>
        <w:t>Isaiah announces God’s power to make a new way.</w:t>
      </w:r>
    </w:p>
    <w:p w14:paraId="7360F5D6" w14:textId="77777777" w:rsidR="000C3A91" w:rsidRDefault="00000000">
      <w:pPr>
        <w:spacing w:after="40" w:line="240" w:lineRule="auto"/>
      </w:pPr>
      <w:r>
        <w:rPr>
          <w:b/>
        </w:rPr>
        <w:t>Bridge to Daily Life</w:t>
      </w:r>
      <w:r>
        <w:rPr>
          <w:b/>
        </w:rPr>
        <w:br/>
      </w:r>
      <w:r>
        <w:t>Name one lesson to carry into December.</w:t>
      </w:r>
    </w:p>
    <w:p w14:paraId="69C413C4" w14:textId="77777777" w:rsidR="000C3A91" w:rsidRDefault="00000000">
      <w:pPr>
        <w:spacing w:after="40" w:line="240" w:lineRule="auto"/>
      </w:pPr>
      <w:r>
        <w:rPr>
          <w:b/>
        </w:rPr>
        <w:lastRenderedPageBreak/>
        <w:t>Hope Principle</w:t>
      </w:r>
      <w:r>
        <w:rPr>
          <w:b/>
        </w:rPr>
        <w:br/>
      </w:r>
      <w:r>
        <w:t>God is present in every new beginning.</w:t>
      </w:r>
    </w:p>
    <w:p w14:paraId="22373E51" w14:textId="77777777" w:rsidR="000C3A91" w:rsidRDefault="00000000">
      <w:pPr>
        <w:spacing w:after="40" w:line="240" w:lineRule="auto"/>
      </w:pPr>
      <w:r>
        <w:rPr>
          <w:b/>
        </w:rPr>
        <w:t>Daily Prayer Focus</w:t>
      </w:r>
      <w:r>
        <w:rPr>
          <w:b/>
        </w:rPr>
        <w:br/>
      </w:r>
      <w:r>
        <w:t>Father, prepare my heart for what comes next. Amen.</w:t>
      </w:r>
    </w:p>
    <w:p w14:paraId="3C5E636C" w14:textId="77777777" w:rsidR="000C3A91" w:rsidRDefault="00000000">
      <w:pPr>
        <w:spacing w:after="40" w:line="240" w:lineRule="auto"/>
      </w:pPr>
      <w:r>
        <w:rPr>
          <w:b/>
        </w:rPr>
        <w:t>Reflection Question</w:t>
      </w:r>
      <w:r>
        <w:rPr>
          <w:b/>
        </w:rPr>
        <w:br/>
      </w:r>
      <w:r>
        <w:t>What will I carry into the next season?</w:t>
      </w:r>
    </w:p>
    <w:p w14:paraId="0C18F058" w14:textId="77777777" w:rsidR="000C3A91" w:rsidRDefault="00000000">
      <w:pPr>
        <w:spacing w:after="40" w:line="240" w:lineRule="auto"/>
      </w:pPr>
      <w:r>
        <w:rPr>
          <w:b/>
        </w:rPr>
        <w:t>Today's Declaration</w:t>
      </w:r>
      <w:r>
        <w:rPr>
          <w:b/>
        </w:rPr>
        <w:br/>
      </w:r>
      <w:r>
        <w:t>I will enter the new season with faith.</w:t>
      </w:r>
    </w:p>
    <w:p w14:paraId="5777620F" w14:textId="7C5478AD" w:rsidR="000C3A91" w:rsidRPr="007B0F21" w:rsidRDefault="00000000" w:rsidP="007B0F21">
      <w:pPr>
        <w:rPr>
          <w:b/>
          <w:bCs/>
        </w:rPr>
      </w:pPr>
      <w:r w:rsidRPr="007B0F21">
        <w:rPr>
          <w:b/>
          <w:bCs/>
        </w:rPr>
        <w:br w:type="page"/>
      </w:r>
      <w:r w:rsidRPr="007B0F21">
        <w:rPr>
          <w:b/>
          <w:bCs/>
        </w:rPr>
        <w:lastRenderedPageBreak/>
        <w:t>MONTH-END BLESSING</w:t>
      </w:r>
    </w:p>
    <w:p w14:paraId="19F9CEDD" w14:textId="77777777" w:rsidR="000C3A91" w:rsidRDefault="00000000">
      <w:pPr>
        <w:spacing w:after="180"/>
      </w:pPr>
      <w:r>
        <w:t>St. James Family,</w:t>
      </w:r>
    </w:p>
    <w:p w14:paraId="1F81BFF7" w14:textId="77777777" w:rsidR="000C3A91" w:rsidRDefault="00000000">
      <w:pPr>
        <w:spacing w:after="180"/>
      </w:pPr>
      <w:r>
        <w:t>As November comes to a close, may courage remain part of our daily walk with God. May we trust Him in uncertainty, follow Him in obedience, and love others with sincerity.</w:t>
      </w:r>
    </w:p>
    <w:p w14:paraId="4FAE2BBD" w14:textId="77777777" w:rsidR="000C3A91" w:rsidRDefault="00000000">
      <w:pPr>
        <w:spacing w:after="180"/>
      </w:pPr>
      <w:r>
        <w:t>Remember that courage can be quiet: a prayer before a difficult conversation, a kind response when patience is tested, or another faithful step after disappointment.</w:t>
      </w:r>
    </w:p>
    <w:p w14:paraId="67D0D6A9" w14:textId="77777777" w:rsidR="000C3A91" w:rsidRDefault="00000000">
      <w:pPr>
        <w:spacing w:after="180"/>
      </w:pPr>
      <w:r>
        <w:t>As we continue through The Year of Better: Rooted &amp; Rising!, may the Lord deepen our faith and strengthen our commitment to Love, Grow, Transform, and Live for His glory.</w:t>
      </w:r>
    </w:p>
    <w:p w14:paraId="51C80BE7" w14:textId="77777777" w:rsidR="000C3A91" w:rsidRDefault="00000000">
      <w:pPr>
        <w:spacing w:after="180"/>
      </w:pPr>
      <w:r>
        <w:t>May God give you wisdom for your decisions, endurance for your responsibilities, peace for your heart, and hope for the season ahead.</w:t>
      </w:r>
    </w:p>
    <w:p w14:paraId="7F3BC2BC" w14:textId="77777777" w:rsidR="00286600" w:rsidRDefault="00000000">
      <w:pPr>
        <w:spacing w:after="180"/>
      </w:pPr>
      <w:r w:rsidRPr="00286600">
        <w:rPr>
          <w:b/>
          <w:bCs/>
        </w:rPr>
        <w:t>The Historic St. James Missionary Baptist Church</w:t>
      </w:r>
      <w:r w:rsidRPr="00286600">
        <w:rPr>
          <w:b/>
          <w:bCs/>
        </w:rPr>
        <w:br/>
        <w:t>The Year of Better: Rooted &amp; Rising!</w:t>
      </w:r>
    </w:p>
    <w:p w14:paraId="548393B2" w14:textId="77777777" w:rsidR="00286600" w:rsidRDefault="00286600">
      <w:pPr>
        <w:spacing w:after="180"/>
      </w:pPr>
    </w:p>
    <w:p w14:paraId="027D7616" w14:textId="25987BBD" w:rsidR="000C3A91" w:rsidRDefault="00286600">
      <w:pPr>
        <w:spacing w:after="180"/>
      </w:pPr>
      <w:r>
        <w:rPr>
          <w:noProof/>
        </w:rPr>
        <w:drawing>
          <wp:inline distT="0" distB="0" distL="0" distR="0" wp14:anchorId="41A93BF7" wp14:editId="24C89F71">
            <wp:extent cx="3931920" cy="989330"/>
            <wp:effectExtent l="0" t="0" r="0" b="0"/>
            <wp:docPr id="11289563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56359" name="Picture 1128956359"/>
                    <pic:cNvPicPr/>
                  </pic:nvPicPr>
                  <pic:blipFill>
                    <a:blip r:embed="rId9"/>
                    <a:stretch>
                      <a:fillRect/>
                    </a:stretch>
                  </pic:blipFill>
                  <pic:spPr>
                    <a:xfrm>
                      <a:off x="0" y="0"/>
                      <a:ext cx="3931920" cy="989330"/>
                    </a:xfrm>
                    <a:prstGeom prst="rect">
                      <a:avLst/>
                    </a:prstGeom>
                  </pic:spPr>
                </pic:pic>
              </a:graphicData>
            </a:graphic>
          </wp:inline>
        </w:drawing>
      </w:r>
      <w:r w:rsidRPr="00286600">
        <w:br/>
      </w:r>
      <w:r>
        <w:t>Pastor Jonathan F. Lowder, Sr.</w:t>
      </w:r>
    </w:p>
    <w:p w14:paraId="6D000A67" w14:textId="77777777" w:rsidR="00286600" w:rsidRDefault="00286600">
      <w:pPr>
        <w:spacing w:after="180"/>
      </w:pPr>
    </w:p>
    <w:p w14:paraId="3AB1084F" w14:textId="77777777" w:rsidR="00286600" w:rsidRDefault="00286600">
      <w:pPr>
        <w:spacing w:after="180"/>
      </w:pPr>
    </w:p>
    <w:p w14:paraId="6FCFAEFD" w14:textId="77777777" w:rsidR="007B0F21" w:rsidRDefault="007B0F21">
      <w:pPr>
        <w:spacing w:after="180"/>
      </w:pPr>
    </w:p>
    <w:p w14:paraId="7864E637" w14:textId="792D7CD8" w:rsidR="007B0F21" w:rsidRDefault="007B0F21">
      <w:pPr>
        <w:spacing w:after="180"/>
      </w:pPr>
      <w:r>
        <w:rPr>
          <w:noProof/>
        </w:rPr>
        <w:lastRenderedPageBreak/>
        <w:drawing>
          <wp:anchor distT="0" distB="0" distL="114300" distR="114300" simplePos="0" relativeHeight="251660288" behindDoc="1" locked="0" layoutInCell="1" allowOverlap="1" wp14:anchorId="74180D22" wp14:editId="33BC3C7D">
            <wp:simplePos x="0" y="0"/>
            <wp:positionH relativeFrom="margin">
              <wp:posOffset>-462915</wp:posOffset>
            </wp:positionH>
            <wp:positionV relativeFrom="page">
              <wp:posOffset>104775</wp:posOffset>
            </wp:positionV>
            <wp:extent cx="4886325" cy="7591425"/>
            <wp:effectExtent l="0" t="0" r="9525" b="9525"/>
            <wp:wrapTight wrapText="bothSides">
              <wp:wrapPolygon edited="0">
                <wp:start x="0" y="0"/>
                <wp:lineTo x="0" y="21573"/>
                <wp:lineTo x="21558" y="21573"/>
                <wp:lineTo x="21558" y="0"/>
                <wp:lineTo x="0" y="0"/>
              </wp:wrapPolygon>
            </wp:wrapTight>
            <wp:docPr id="6505303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30304" name="Picture 650530304"/>
                    <pic:cNvPicPr/>
                  </pic:nvPicPr>
                  <pic:blipFill>
                    <a:blip r:embed="rId15"/>
                    <a:stretch>
                      <a:fillRect/>
                    </a:stretch>
                  </pic:blipFill>
                  <pic:spPr>
                    <a:xfrm>
                      <a:off x="0" y="0"/>
                      <a:ext cx="4886325" cy="7591425"/>
                    </a:xfrm>
                    <a:prstGeom prst="rect">
                      <a:avLst/>
                    </a:prstGeom>
                  </pic:spPr>
                </pic:pic>
              </a:graphicData>
            </a:graphic>
            <wp14:sizeRelH relativeFrom="margin">
              <wp14:pctWidth>0</wp14:pctWidth>
            </wp14:sizeRelH>
            <wp14:sizeRelV relativeFrom="margin">
              <wp14:pctHeight>0</wp14:pctHeight>
            </wp14:sizeRelV>
          </wp:anchor>
        </w:drawing>
      </w:r>
    </w:p>
    <w:p w14:paraId="5C4EE13E" w14:textId="71235979" w:rsidR="00286600" w:rsidRDefault="007B0F21" w:rsidP="007B0F21">
      <w:pPr>
        <w:spacing w:after="180"/>
        <w:jc w:val="center"/>
      </w:pPr>
      <w:r>
        <w:rPr>
          <w:noProof/>
        </w:rPr>
        <w:lastRenderedPageBreak/>
        <w:drawing>
          <wp:inline distT="0" distB="0" distL="0" distR="0" wp14:anchorId="742C5A02" wp14:editId="0D96BCFE">
            <wp:extent cx="3931920" cy="3931920"/>
            <wp:effectExtent l="0" t="0" r="0" b="0"/>
            <wp:docPr id="9560893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89320" name="Picture 956089320"/>
                    <pic:cNvPicPr/>
                  </pic:nvPicPr>
                  <pic:blipFill>
                    <a:blip r:embed="rId8"/>
                    <a:stretch>
                      <a:fillRect/>
                    </a:stretch>
                  </pic:blipFill>
                  <pic:spPr>
                    <a:xfrm>
                      <a:off x="0" y="0"/>
                      <a:ext cx="3931920" cy="3931920"/>
                    </a:xfrm>
                    <a:prstGeom prst="rect">
                      <a:avLst/>
                    </a:prstGeom>
                  </pic:spPr>
                </pic:pic>
              </a:graphicData>
            </a:graphic>
          </wp:inline>
        </w:drawing>
      </w:r>
    </w:p>
    <w:p w14:paraId="4ECE847E" w14:textId="77777777" w:rsidR="008A065B" w:rsidRDefault="008A065B" w:rsidP="007B0F21">
      <w:pPr>
        <w:spacing w:after="180"/>
        <w:jc w:val="center"/>
      </w:pPr>
    </w:p>
    <w:p w14:paraId="7EA2503B" w14:textId="77777777" w:rsidR="008A065B" w:rsidRDefault="008A065B" w:rsidP="007B0F21">
      <w:pPr>
        <w:spacing w:after="180"/>
        <w:jc w:val="center"/>
      </w:pPr>
    </w:p>
    <w:p w14:paraId="210C5AB9" w14:textId="77777777" w:rsidR="008A065B" w:rsidRDefault="008A065B" w:rsidP="007B0F21">
      <w:pPr>
        <w:spacing w:after="180"/>
        <w:jc w:val="center"/>
      </w:pPr>
    </w:p>
    <w:p w14:paraId="31368369" w14:textId="77777777" w:rsidR="008A065B" w:rsidRDefault="008A065B" w:rsidP="007B0F21">
      <w:pPr>
        <w:spacing w:after="180"/>
        <w:jc w:val="center"/>
      </w:pPr>
    </w:p>
    <w:p w14:paraId="4F50F296" w14:textId="77777777" w:rsidR="008A065B" w:rsidRDefault="008A065B" w:rsidP="007B0F21">
      <w:pPr>
        <w:spacing w:after="180"/>
        <w:jc w:val="center"/>
      </w:pPr>
    </w:p>
    <w:p w14:paraId="4AEA2835" w14:textId="77777777" w:rsidR="008A065B" w:rsidRDefault="008A065B" w:rsidP="007B0F21">
      <w:pPr>
        <w:spacing w:after="180"/>
        <w:jc w:val="center"/>
      </w:pPr>
    </w:p>
    <w:p w14:paraId="12F8FC2F" w14:textId="77777777" w:rsidR="008A065B" w:rsidRDefault="008A065B" w:rsidP="007B0F21">
      <w:pPr>
        <w:spacing w:after="180"/>
        <w:jc w:val="center"/>
      </w:pPr>
    </w:p>
    <w:p w14:paraId="1D2DFC53" w14:textId="77777777" w:rsidR="008A065B" w:rsidRDefault="008A065B" w:rsidP="007B0F21">
      <w:pPr>
        <w:spacing w:after="180"/>
        <w:jc w:val="center"/>
      </w:pPr>
    </w:p>
    <w:p w14:paraId="424A42CB" w14:textId="1574BC4E" w:rsidR="008A065B" w:rsidRDefault="008A065B" w:rsidP="007B0F21">
      <w:pPr>
        <w:spacing w:after="180"/>
        <w:jc w:val="center"/>
      </w:pPr>
      <w:r>
        <w:t>‘</w:t>
      </w:r>
    </w:p>
    <w:p w14:paraId="60D99CF2" w14:textId="77777777" w:rsidR="008A065B" w:rsidRDefault="008A065B" w:rsidP="007B0F21">
      <w:pPr>
        <w:spacing w:after="180"/>
        <w:jc w:val="center"/>
      </w:pPr>
    </w:p>
    <w:p w14:paraId="60EE9966" w14:textId="77777777" w:rsidR="008A065B" w:rsidRDefault="008A065B" w:rsidP="007B0F21">
      <w:pPr>
        <w:spacing w:after="180"/>
        <w:jc w:val="center"/>
      </w:pPr>
    </w:p>
    <w:sectPr w:rsidR="008A065B" w:rsidSect="004800B6">
      <w:footerReference w:type="default" r:id="rId16"/>
      <w:pgSz w:w="7920" w:h="12240" w:orient="landscape"/>
      <w:pgMar w:top="1008" w:right="864" w:bottom="1008"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FFE66" w14:textId="77777777" w:rsidR="002A40DB" w:rsidRDefault="002A40DB">
      <w:pPr>
        <w:spacing w:after="0" w:line="240" w:lineRule="auto"/>
      </w:pPr>
      <w:r>
        <w:separator/>
      </w:r>
    </w:p>
  </w:endnote>
  <w:endnote w:type="continuationSeparator" w:id="0">
    <w:p w14:paraId="6E7525F2" w14:textId="77777777" w:rsidR="002A40DB" w:rsidRDefault="002A4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C8E4" w14:textId="344ED91D" w:rsidR="000C3A91" w:rsidRDefault="00D64018" w:rsidP="00D64018">
    <w:pPr>
      <w:pStyle w:val="Footer"/>
    </w:pPr>
    <w:r>
      <w:rPr>
        <w:noProof/>
      </w:rPr>
      <w:drawing>
        <wp:inline distT="0" distB="0" distL="0" distR="0" wp14:anchorId="4FEBF8D6" wp14:editId="429FBAC8">
          <wp:extent cx="419100" cy="419100"/>
          <wp:effectExtent l="0" t="0" r="0" b="0"/>
          <wp:docPr id="1966739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39860" name="Picture 1966739860"/>
                  <pic:cNvPicPr/>
                </pic:nvPicPr>
                <pic:blipFill>
                  <a:blip r:embed="rId1"/>
                  <a:stretch>
                    <a:fillRect/>
                  </a:stretch>
                </pic:blipFill>
                <pic:spPr>
                  <a:xfrm>
                    <a:off x="0" y="0"/>
                    <a:ext cx="419100" cy="4191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E361F" w14:textId="77777777" w:rsidR="002A40DB" w:rsidRDefault="002A40DB">
      <w:pPr>
        <w:spacing w:after="0" w:line="240" w:lineRule="auto"/>
      </w:pPr>
      <w:r>
        <w:separator/>
      </w:r>
    </w:p>
  </w:footnote>
  <w:footnote w:type="continuationSeparator" w:id="0">
    <w:p w14:paraId="2EE9D67A" w14:textId="77777777" w:rsidR="002A40DB" w:rsidRDefault="002A40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3142358">
    <w:abstractNumId w:val="8"/>
  </w:num>
  <w:num w:numId="2" w16cid:durableId="2049987603">
    <w:abstractNumId w:val="6"/>
  </w:num>
  <w:num w:numId="3" w16cid:durableId="437793200">
    <w:abstractNumId w:val="5"/>
  </w:num>
  <w:num w:numId="4" w16cid:durableId="1579634627">
    <w:abstractNumId w:val="4"/>
  </w:num>
  <w:num w:numId="5" w16cid:durableId="2060980422">
    <w:abstractNumId w:val="7"/>
  </w:num>
  <w:num w:numId="6" w16cid:durableId="921136497">
    <w:abstractNumId w:val="3"/>
  </w:num>
  <w:num w:numId="7" w16cid:durableId="1208490140">
    <w:abstractNumId w:val="2"/>
  </w:num>
  <w:num w:numId="8" w16cid:durableId="421220618">
    <w:abstractNumId w:val="1"/>
  </w:num>
  <w:num w:numId="9" w16cid:durableId="246156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B97"/>
    <w:rsid w:val="00034616"/>
    <w:rsid w:val="0006063C"/>
    <w:rsid w:val="000C3A91"/>
    <w:rsid w:val="0015074B"/>
    <w:rsid w:val="00171866"/>
    <w:rsid w:val="00286600"/>
    <w:rsid w:val="0029639D"/>
    <w:rsid w:val="002A40DB"/>
    <w:rsid w:val="00326F90"/>
    <w:rsid w:val="00456EE0"/>
    <w:rsid w:val="004800B6"/>
    <w:rsid w:val="007B0F21"/>
    <w:rsid w:val="008A065B"/>
    <w:rsid w:val="0095612D"/>
    <w:rsid w:val="00AA1D8D"/>
    <w:rsid w:val="00B47730"/>
    <w:rsid w:val="00BF0984"/>
    <w:rsid w:val="00CB0664"/>
    <w:rsid w:val="00CB15C7"/>
    <w:rsid w:val="00D64018"/>
    <w:rsid w:val="00DE4A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60F386"/>
  <w14:defaultImageDpi w14:val="300"/>
  <w15:docId w15:val="{87F7D253-D599-4B2E-AE19-A60DD2417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vTitle">
    <w:name w:val="DevTitle"/>
    <w:rPr>
      <w:rFonts w:ascii="Aptos" w:hAnsi="Aptos"/>
      <w:b/>
      <w:color w:val="000000"/>
      <w:sz w:val="44"/>
    </w:rPr>
  </w:style>
  <w:style w:type="paragraph" w:customStyle="1" w:styleId="WeekTitle">
    <w:name w:val="WeekTitle"/>
    <w:rPr>
      <w:rFonts w:ascii="Aptos" w:hAnsi="Aptos"/>
      <w:b/>
      <w:color w:val="000000"/>
      <w:sz w:val="36"/>
    </w:rPr>
  </w:style>
  <w:style w:type="paragraph" w:customStyle="1" w:styleId="DayTitle">
    <w:name w:val="DayTitle"/>
    <w:rPr>
      <w:rFonts w:ascii="Aptos" w:hAnsi="Aptos"/>
      <w:b/>
      <w:color w:val="000000"/>
      <w:sz w:val="28"/>
    </w:rPr>
  </w:style>
  <w:style w:type="paragraph" w:customStyle="1" w:styleId="Label">
    <w:name w:val="Label"/>
    <w:rPr>
      <w:rFonts w:ascii="Aptos" w:hAnsi="Aptos"/>
      <w:b/>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5731</TotalTime>
  <Pages>33</Pages>
  <Words>2998</Words>
  <Characters>17091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Shanique Foster</cp:lastModifiedBy>
  <cp:revision>6</cp:revision>
  <cp:lastPrinted>2026-10-29T16:42:00Z</cp:lastPrinted>
  <dcterms:created xsi:type="dcterms:W3CDTF">2026-10-29T15:36:00Z</dcterms:created>
  <dcterms:modified xsi:type="dcterms:W3CDTF">2026-11-02T16:42:00Z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03c23e285e11bdce6eeb8d02a1a94cb68a583a2c19429d88623c4f1dcb539c60</vt:lpwstr>
  </property>
</Properties>
</file>